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06"/>
      </w:tblGrid>
      <w:tr>
        <w:tc>
          <w:tcPr>
            <w:tcW w:type="dxa" w:w="9706"/>
            <w:shd w:fill="4A7C7E"/>
            <w:tcMar>
              <w:top w:w="480" w:type="dxa"/>
              <w:start w:w="420" w:type="dxa"/>
              <w:bottom w:w="480" w:type="dxa"/>
              <w:end w:w="420" w:type="dxa"/>
            </w:tcMar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566928" cy="56692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rlowe-seal-black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928" cy="56692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rFonts w:ascii="EB Garamond" w:hAnsi="EB Garamond" w:eastAsia="EB Garamond"/>
                <w:b/>
                <w:i w:val="0"/>
                <w:color w:val="FFFFFF"/>
                <w:sz w:val="18"/>
              </w:rPr>
              <w:t>MARLOWE KEYNES</w:t>
            </w:r>
          </w:p>
          <w:p>
            <w:r>
              <w:rPr>
                <w:rFonts w:ascii="Cormorant Garamond" w:hAnsi="Cormorant Garamond" w:eastAsia="Cormorant Garamond"/>
                <w:b/>
                <w:i w:val="0"/>
                <w:color w:val="FFFFFF"/>
                <w:sz w:val="68"/>
              </w:rPr>
              <w:t>Deep Dive</w:t>
            </w:r>
          </w:p>
          <w:p>
            <w:r>
              <w:rPr>
                <w:rFonts w:ascii="Cormorant Garamond" w:hAnsi="Cormorant Garamond" w:eastAsia="Cormorant Garamond"/>
                <w:b w:val="0"/>
                <w:i w:val="0"/>
                <w:color w:val="FFFFFF"/>
                <w:sz w:val="36"/>
              </w:rPr>
              <w:t>The Walt Disney Company  ·  DIS</w:t>
            </w:r>
          </w:p>
          <w:p>
            <w:r>
              <w:rPr>
                <w:rFonts w:ascii="EB Garamond" w:hAnsi="EB Garamond" w:eastAsia="EB Garamond"/>
                <w:b w:val="0"/>
                <w:i w:val="0"/>
                <w:color w:val="FFFFFF"/>
                <w:sz w:val="22"/>
              </w:rPr>
              <w:t>Complete claim ledger, exhibits, research path, evidence panels, and estate index.</w:t>
            </w:r>
          </w:p>
          <w:p>
            <w:r>
              <w:rPr>
                <w:rFonts w:ascii="EB Garamond" w:hAnsi="EB Garamond" w:eastAsia="EB Garamond"/>
                <w:b/>
                <w:i w:val="0"/>
                <w:color w:val="FFFFFF"/>
                <w:sz w:val="16"/>
              </w:rPr>
              <w:t>CONFIDENTIAL | EDITABLE COMPANION | Powered by Mycroft</w:t>
            </w:r>
          </w:p>
        </w:tc>
      </w:tr>
    </w:tbl>
    <w:p>
      <w:r>
        <w:br w:type="page"/>
      </w:r>
    </w:p>
    <w:p>
      <w:pPr>
        <w:pStyle w:val="Title"/>
      </w:pPr>
      <w:r>
        <w:t>Deep Dive editable companion</w:t>
      </w:r>
    </w:p>
    <w:p>
      <w:r>
        <w:rPr>
          <w:rFonts w:ascii="EB Garamond" w:hAnsi="EB Garamond" w:eastAsia="EB Garamond"/>
          <w:b w:val="0"/>
          <w:i/>
          <w:color w:val="5A6B85"/>
          <w:sz w:val="21"/>
        </w:rPr>
        <w:t>This Word document preserves the verified PDF content in an editable format. The PDF remains the authoritative visual output.</w:t>
      </w:r>
    </w:p>
    <w:p>
      <w:pPr>
        <w:pStyle w:val="Heading2"/>
        <w:keepNext/>
      </w:pPr>
      <w:r>
        <w:rPr>
          <w:rFonts w:ascii="Cormorant Garamond" w:hAnsi="Cormorant Garamond" w:eastAsia="Cormorant Garamond"/>
          <w:b/>
          <w:i w:val="0"/>
          <w:color w:val="4A7C7E"/>
          <w:sz w:val="26"/>
        </w:rPr>
        <w:t>Source page 01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DO</w:t>
        <w:br/>
        <w:t xml:space="preserve"> PR NO</w:t>
        <w:br/>
        <w:t xml:space="preserve"> Se IN T</w:t>
        <w:br/>
        <w:t xml:space="preserve"> pt T O SH</w:t>
        <w:br/>
        <w:t xml:space="preserve"> 20 N A</w:t>
        <w:br/>
        <w:t xml:space="preserve"> 26 CE RE THE LEDGER</w:t>
        <w:br/>
        <w:t xml:space="preserve"> Deep Dive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U TC 0 6 · ·</w:t>
        <w:br/>
        <w:t xml:space="preserve"> Research : 3 1 you2 2</w:t>
        <w:br/>
        <w:t xml:space="preserve"> that saves</w:t>
        <w:br/>
        <w:t xml:space="preserve"> weeks. :22</w:t>
        <w:br/>
        <w:t xml:space="preserve"> The Walt Disney Company</w:t>
        <w:br/>
        <w:t xml:space="preserve"> DIS · Deep Dive / Management Analysis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MARLOWE KEYNES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RESEARCH, DATA &amp; ANALYSIS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22 Sept 2026 06:31:22 UTC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SCAN FOR LIVE ANALYSIS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mkinvestco.com Powered by Mycroft Page 1 · ID: 6BUDNMPUC8Z</w:t>
        <w:br/>
        <w:t>mkinvestco.com CONFIDENTIAL | PRINT ONLY ONCE | ID: Powered by Mycroft · 22 Sept 2026 06:31:22 UTC</w:t>
        <w:br/>
        <w:t xml:space="preserve"> 6BUDNMPUC8Z</w:t>
      </w:r>
    </w:p>
    <w:p>
      <w:r>
        <w:br w:type="page"/>
      </w:r>
    </w:p>
    <w:p>
      <w:pPr>
        <w:pStyle w:val="Heading2"/>
        <w:keepNext/>
      </w:pPr>
      <w:r>
        <w:rPr>
          <w:rFonts w:ascii="Cormorant Garamond" w:hAnsi="Cormorant Garamond" w:eastAsia="Cormorant Garamond"/>
          <w:b/>
          <w:i w:val="0"/>
          <w:color w:val="4A7C7E"/>
          <w:sz w:val="26"/>
        </w:rPr>
        <w:t>Source page 02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MARLOWE KEYNES DIS · DEEP DIVE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DISCLOSURES &amp; IMPORTANT NOTICES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This document is prepared for the personal records of its author and intended recipient only. It is confidential, is not for redistribution, and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DO</w:t>
        <w:br/>
        <w:t>may not be copied, transmitted, or reproduced without prior written permission from Marlowe Keynes.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The material is provided for informational and analytical purposes only. It does not constitute investment advice, an offer, a solicitation, or a</w:t>
        <w:br/>
        <w:t>recommendation to buy or sell any security. The reader remains responsible for independent judgment and for determining whether any</w:t>
        <w:br/>
        <w:t>security, strategy, or transaction is appropriate.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PR NO</w:t>
        <w:br/>
        <w:t>Figures may combine company filings, market data, module output, and analyst interpretation. Each figure should be read with its stated</w:t>
        <w:br/>
        <w:t>source, basis, and capture date. Market-sensitive values can change after the generation timestamp printed in this document.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Se IN T</w:t>
        <w:br/>
        <w:t>Forward-looking statements, estimates, scenarios, and implied values are uncertain. Actual results may differ materially. Marlowe Keynes makes</w:t>
        <w:br/>
        <w:t>no warranty as to completeness or future accuracy and accepts no liability for decisions made from this document.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pt T O SH</w:t>
        <w:br/>
        <w:t xml:space="preserve"> 20 N A</w:t>
        <w:br/>
        <w:t xml:space="preserve"> 26 CE R</w:t>
        <w:br/>
        <w:t xml:space="preserve"> UT 06 · 2</w:t>
        <w:br/>
        <w:t xml:space="preserve"> C :31:</w:t>
        <w:br/>
        <w:t xml:space="preserve"> 2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mkinvestco.com CONFIDENTIAL | PRINT ONLY ONCE | ID: Powered by Mycroft · 22 Sept 2026 06:31:22 UTC</w:t>
        <w:br/>
        <w:t xml:space="preserve"> 6BUDNMPUC8Z</w:t>
      </w:r>
    </w:p>
    <w:p>
      <w:r>
        <w:br w:type="page"/>
      </w:r>
    </w:p>
    <w:p>
      <w:pPr>
        <w:pStyle w:val="Heading2"/>
        <w:keepNext/>
      </w:pPr>
      <w:r>
        <w:rPr>
          <w:rFonts w:ascii="Cormorant Garamond" w:hAnsi="Cormorant Garamond" w:eastAsia="Cormorant Garamond"/>
          <w:b/>
          <w:i w:val="0"/>
          <w:color w:val="4A7C7E"/>
          <w:sz w:val="26"/>
        </w:rPr>
        <w:t>Source page 03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MARLOWE KEYNES DIS · DEEP DIVE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R E P O RT N A V I G A T I O N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Contents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DO</w:t>
        <w:br/>
        <w:t>Overview and work object Overview</w:t>
        <w:br/>
        <w:t>Claim evidence and proof panels Claims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PR NO</w:t>
        <w:br/>
        <w:t>Research path and figures Exhibits</w:t>
        <w:br/>
        <w:t>Research estate and module index Estate</w:t>
        <w:br/>
        <w:t>Important disclosures</w:t>
        <w:br/>
        <w:t xml:space="preserve"> Se IN T Final page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pt T O SH</w:t>
        <w:br/>
        <w:t>C O M PA N Y</w:t>
        <w:br/>
        <w:t xml:space="preserve"> 20 N A R E P O RT D AT E SESSION ID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26 CE R</w:t>
        <w:br/>
        <w:t>The Walt Disney Company 22 Sept 2026 06:31:22 UTC 6BUDNMPUC8Z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UT 06 · 2</w:t>
        <w:br/>
        <w:t>TICKER EVIDENCE BASIS C OV E R A G E</w:t>
        <w:br/>
        <w:t>DIS Captured / 7 August 2026 / USD close 37 connected modules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C :31:</w:t>
        <w:br/>
        <w:t xml:space="preserve"> 2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mkinvestco.com CONFIDENTIAL | PRINT ONLY ONCE | ID: Powered by Mycroft · 22 Sept 2026 06:31:22 UTC</w:t>
        <w:br/>
        <w:t xml:space="preserve"> 6BUDNMPUC8Z</w:t>
      </w:r>
    </w:p>
    <w:p>
      <w:r>
        <w:br w:type="page"/>
      </w:r>
    </w:p>
    <w:p>
      <w:pPr>
        <w:pStyle w:val="Heading2"/>
        <w:keepNext/>
      </w:pPr>
      <w:r>
        <w:rPr>
          <w:rFonts w:ascii="Cormorant Garamond" w:hAnsi="Cormorant Garamond" w:eastAsia="Cormorant Garamond"/>
          <w:b/>
          <w:i w:val="0"/>
          <w:color w:val="4A7C7E"/>
          <w:sz w:val="26"/>
        </w:rPr>
        <w:t>Source page 04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MARLOWE KEYNES DIS · DEEP DIVE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The Walt Disney Company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One question, put to two modules on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DO</w:t>
        <w:br/>
        <w:t xml:space="preserve"> one morning.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PR NO</w:t>
        <w:br/>
        <w:t xml:space="preserve"> THE DISAGREEMENT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Se IN T</w:t>
        <w:br/>
        <w:t xml:space="preserve"> pt T O SH</w:t>
        <w:br/>
        <w:t xml:space="preserve"> 20 N A</w:t>
        <w:br/>
        <w:t xml:space="preserve"> 26 CE R</w:t>
        <w:br/>
        <w:t xml:space="preserve"> UT 06 · 2</w:t>
        <w:br/>
        <w:t xml:space="preserve"> C :31:</w:t>
        <w:br/>
        <w:t xml:space="preserve"> 2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mkinvestco.com CONFIDENTIAL | PRINT ONLY ONCE | ID: Powered by Mycroft · 22 Sept 2026 06:31:22 UTC</w:t>
        <w:br/>
        <w:t xml:space="preserve"> 6BUDNMPUC8Z</w:t>
      </w:r>
    </w:p>
    <w:p>
      <w:r>
        <w:br w:type="page"/>
      </w:r>
    </w:p>
    <w:p>
      <w:pPr>
        <w:pStyle w:val="Heading2"/>
        <w:keepNext/>
      </w:pPr>
      <w:r>
        <w:rPr>
          <w:rFonts w:ascii="Cormorant Garamond" w:hAnsi="Cormorant Garamond" w:eastAsia="Cormorant Garamond"/>
          <w:b/>
          <w:i w:val="0"/>
          <w:color w:val="4A7C7E"/>
          <w:sz w:val="26"/>
        </w:rPr>
        <w:t>Source page 05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What is the market capitalisation of</w:t>
        <w:br/>
        <w:t>MARLOWE KEYNES DIS · DEEP DIVE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The Walt Disney Company?</w:t>
        <w:br/>
        <w:t xml:space="preserve"> BOTH USED $104.67 CLOSE, 7 AUGUST 2026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$189.6B $204.7B</w:t>
        <w:br/>
        <w:t xml:space="preserve"> FLIPBOOK DO SHARED DATA SERVICE</w:t>
        <w:br/>
        <w:t xml:space="preserve"> of the 15.1B between them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PR NO</w:t>
        <w:br/>
        <w:t xml:space="preserve"> of the 15.1B between them</w:t>
        <w:br/>
        <w:t xml:space="preserve"> Close times shares outstanding</w:t>
        <w:br/>
        <w:t xml:space="preserve"> Written to cache, not computed from the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Se IN T</w:t>
        <w:br/>
        <w:t xml:space="preserve"> close NO RUN STAMP</w:t>
        <w:br/>
        <w:t xml:space="preserve"> STAMPED 7 AUGUST 2026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pt T O SH</w:t>
        <w:br/>
        <w:t xml:space="preserve"> Where it rests ▾</w:t>
        <w:br/>
        <w:t xml:space="preserve"> Where it rests ▾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20 N A</w:t>
        <w:br/>
        <w:t xml:space="preserve"> 26 CE R</w:t>
        <w:br/>
        <w:t xml:space="preserve"> SHARES OUTSTANDING THIS ANSWER SHARES OUTSTANDING THIS ANSWER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UT 06 · 2</w:t>
        <w:br/>
        <w:t xml:space="preserve"> REQUIRES REQUIRES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1.811B 1.956B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C :31:</w:t>
        <w:br/>
        <w:t xml:space="preserve"> 189.6 ÷ 104.67 204.7 ÷ 104.67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</w:t>
        <w:br/>
        <w:t xml:space="preserve"> The two answers part at one input. One of them is counting 144</w:t>
        <w:br/>
        <w:t xml:space="preserve"> million shares the other is not, which is $15.1 billion of company.</w:t>
        <w:br/>
        <w:t xml:space="preserve"> Both cannot be right. The page does not pick, because picking is</w:t>
        <w:br/>
        <w:t xml:space="preserve"> what buries the finding. It shows which of the two can say where its</w:t>
        <w:br/>
        <w:t xml:space="preserve"> number came from.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DRAW THE SEAM BACK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THE ESTATE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mkinvestco.com CONFIDENTIAL | PRINT ONLY ONCE | ID: Powered by Mycroft · 22 Sept 2026 06:31:22 UTC</w:t>
        <w:br/>
        <w:t xml:space="preserve"> THE INSTRUMENT 6BUDNMPUC8Z</w:t>
      </w:r>
    </w:p>
    <w:p>
      <w:r>
        <w:br w:type="page"/>
      </w:r>
    </w:p>
    <w:p>
      <w:pPr>
        <w:pStyle w:val="Heading2"/>
        <w:keepNext/>
      </w:pPr>
      <w:r>
        <w:rPr>
          <w:rFonts w:ascii="Cormorant Garamond" w:hAnsi="Cormorant Garamond" w:eastAsia="Cormorant Garamond"/>
          <w:b/>
          <w:i w:val="0"/>
          <w:color w:val="4A7C7E"/>
          <w:sz w:val="26"/>
        </w:rPr>
        <w:t>Source page 06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Two modules answered this. Take the</w:t>
        <w:br/>
        <w:t>MARLOWE KEYNES DIS · DEEP DIVE</w:t>
        <w:br/>
        <w:t xml:space="preserve"> handle and see which answer your</w:t>
        <w:br/>
        <w:t xml:space="preserve"> own count produces.</w:t>
        <w:br/>
        <w:t xml:space="preserve"> SHARES OUTSTANDING, THE ONE INPUT BOTH OF THEM USED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$197.2B NO MODULE HAS PRINTED THIS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DO</w:t>
        <w:br/>
        <w:t xml:space="preserve"> PR NO</w:t>
        <w:br/>
        <w:t xml:space="preserve"> 1.73B shares 2.04B shares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1.884 billion shares at $104.67 makes $197.2B. No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Se IN T</w:t>
        <w:br/>
        <w:t xml:space="preserve"> module on this page has printed that figure. Two</w:t>
        <w:br/>
        <w:t xml:space="preserve"> counts on this rule have an answer behind them,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pt T O SH</w:t>
        <w:br/>
        <w:t xml:space="preserve"> and they are 1.811 and 1.956 billion.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20 N A</w:t>
        <w:br/>
        <w:t xml:space="preserve"> 26 CE R</w:t>
        <w:br/>
        <w:t xml:space="preserve"> A difference of a different kind.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UT 06 · 2</w:t>
        <w:br/>
        <w:t xml:space="preserve"> Three earnings figures that do not match. These are not in conflict. Each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C :31:</w:t>
        <w:br/>
        <w:t xml:space="preserve"> answers a separate question, and a page that called this a disagreement</w:t>
        <w:br/>
        <w:t xml:space="preserve"> would be trading on nobody looking closely. The distance between this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</w:t>
        <w:br/>
        <w:t xml:space="preserve"> and the fork above is the whole of the method.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$4.95 $6.85 $10.22</w:t>
        <w:br/>
        <w:t xml:space="preserve"> of $4.95 to $10.22 of $4.95 to $10.22 of $4.95 to $10.22</w:t>
        <w:br/>
        <w:t xml:space="preserve"> Trailing earnings per Reported, fiscal Forward consensus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share CHART ENGINE 2025 FLIPBOOK EARNINGS PREP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THE SPREAD IS $5.27 · THE HIGH IS 2.1X THE LOW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mkinvestco.com CONFIDENTIAL | PRINT ONLY ONCE | ID: Powered by Mycroft · 22 Sept 2026 06:31:22 UTC</w:t>
        <w:br/>
        <w:t xml:space="preserve"> 6BUDNMPUC8Z</w:t>
        <w:br/>
        <w:t xml:space="preserve"> $4.95 $6.85 $10.22</w:t>
      </w:r>
    </w:p>
    <w:p>
      <w:r>
        <w:br w:type="page"/>
      </w:r>
    </w:p>
    <w:p>
      <w:pPr>
        <w:pStyle w:val="Heading2"/>
        <w:keepNext/>
      </w:pPr>
      <w:r>
        <w:rPr>
          <w:rFonts w:ascii="Cormorant Garamond" w:hAnsi="Cormorant Garamond" w:eastAsia="Cormorant Garamond"/>
          <w:b/>
          <w:i w:val="0"/>
          <w:color w:val="4A7C7E"/>
          <w:sz w:val="26"/>
        </w:rPr>
        <w:t>Source page 07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CHART ENGINE FLIPBOOK EARNINGS PREP</w:t>
        <w:br/>
        <w:t xml:space="preserve"> Each of the three is correct on its own basis, and the basis</w:t>
        <w:br/>
        <w:t>MARLOWE KEYNES D I S · D is</w:t>
        <w:br/>
        <w:t xml:space="preserve"> E E Pthe</w:t>
        <w:br/>
        <w:t xml:space="preserve"> DIVE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fact worth carrying. Nothing above is reconciled here, and the fork</w:t>
        <w:br/>
        <w:t xml:space="preserve"> will not be reconciled at all until one of the two branches can</w:t>
        <w:br/>
        <w:t xml:space="preserve"> account for itself.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SHARE PRICE $104.67 CLOSE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DO MARKET $189.6B / UNRESOLVED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PR NO</w:t>
        <w:br/>
        <w:t xml:space="preserve"> CAP</w:t>
        <w:br/>
        <w:t xml:space="preserve"> $204.7B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ASOF · 7 AUGUST 2026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Se IN T</w:t>
        <w:br/>
        <w:t xml:space="preserve"> ENTERPRISE VALUE $232.1B DERIVED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pt T O SH NET DEBT $42.6B BAL ANCE SHEET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20 N A</w:t>
        <w:br/>
        <w:t xml:space="preserve"> EV / EBITDA 9.6x TRAILING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26 CE R</w:t>
        <w:br/>
        <w:t xml:space="preserve"> MODULE OUTPUT CAPTURED 7 AUGUST 2026 · FIGURES ARE NOT LIVE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UT 06 · 2</w:t>
        <w:br/>
        <w:t xml:space="preserve"> C :31:</w:t>
        <w:br/>
        <w:t xml:space="preserve"> 2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mkinvestco.com CONFIDENTIAL | PRINT ONLY ONCE | ID: Powered by Mycroft · 22 Sept 2026 06:31:22 UTC</w:t>
        <w:br/>
        <w:t xml:space="preserve"> 6BUDNMPUC8Z</w:t>
      </w:r>
    </w:p>
    <w:p>
      <w:r>
        <w:br w:type="page"/>
      </w:r>
    </w:p>
    <w:p>
      <w:pPr>
        <w:pStyle w:val="Heading2"/>
        <w:keepNext/>
      </w:pPr>
      <w:r>
        <w:rPr>
          <w:rFonts w:ascii="Cormorant Garamond" w:hAnsi="Cormorant Garamond" w:eastAsia="Cormorant Garamond"/>
          <w:b/>
          <w:i w:val="0"/>
          <w:color w:val="4A7C7E"/>
          <w:sz w:val="26"/>
        </w:rPr>
        <w:t>Source page 08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MARLOWE KEYNES DIS · DEEP DIVE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TWENTY THREE LINES 1 WIRED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One company, read twenty three ways. Every figure below carries</w:t>
        <w:br/>
        <w:t xml:space="preserve"> the basis it came from.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DO</w:t>
        <w:br/>
        <w:t xml:space="preserve"> PR NO</w:t>
        <w:br/>
        <w:t xml:space="preserve"> Se IN T</w:t>
        <w:br/>
        <w:t xml:space="preserve"> pt T O SH</w:t>
        <w:br/>
        <w:t xml:space="preserve"> 20 N A</w:t>
        <w:br/>
        <w:t xml:space="preserve"> 26 CE R</w:t>
        <w:br/>
        <w:t xml:space="preserve"> UT 06 · 2</w:t>
        <w:br/>
        <w:t xml:space="preserve"> C :31:</w:t>
        <w:br/>
        <w:t xml:space="preserve"> 2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mkinvestco.com CONFIDENTIAL | PRINT ONLY ONCE | ID: Powered by Mycroft · 22 Sept 2026 06:31:22 UTC</w:t>
        <w:br/>
        <w:t xml:space="preserve"> 6BUDNMPUC8Z</w:t>
      </w:r>
    </w:p>
    <w:p>
      <w:r>
        <w:br w:type="page"/>
      </w:r>
    </w:p>
    <w:p>
      <w:pPr>
        <w:pStyle w:val="Heading2"/>
        <w:keepNext/>
      </w:pPr>
      <w:r>
        <w:rPr>
          <w:rFonts w:ascii="Cormorant Garamond" w:hAnsi="Cormorant Garamond" w:eastAsia="Cormorant Garamond"/>
          <w:b/>
          <w:i w:val="0"/>
          <w:color w:val="4A7C7E"/>
          <w:sz w:val="26"/>
        </w:rPr>
        <w:t>Source page 09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MARLOWE KEYNES DIS · DEEP DIVE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09 The report a fund pays six figures for, in</w:t>
        <w:br/>
        <w:t xml:space="preserve"> NEXT</w:t>
        <w:br/>
        <w:t xml:space="preserve"> five minutes.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DO</w:t>
        <w:br/>
        <w:t xml:space="preserve"> Not wired. Initiation Report answers at its own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PR NO</w:t>
        <w:br/>
        <w:t xml:space="preserve"> domain. The claim wires when a run is stamped.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Se IN T</w:t>
        <w:br/>
        <w:t xml:space="preserve"> NEXT IN THE QUEUE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pt T O SH</w:t>
        <w:br/>
        <w:t xml:space="preserve"> CARRIED BY 2 of 37 modules · 5.4% of the estate</w:t>
        <w:br/>
        <w:t xml:space="preserve"> ANSWERING 2 of 2 · 100% of what carries it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20 A</w:t>
        <w:br/>
        <w:t xml:space="preserve"> PROOF None · the claim rests on the modules alone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N</w:t>
        <w:br/>
        <w:t xml:space="preserve"> 26 CE R</w:t>
        <w:br/>
        <w:t xml:space="preserve"> POSITION Line 09 of 23 · queue 1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Initiation Report First Memo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UT 06 · 2</w:t>
        <w:br/>
        <w:t xml:space="preserve"> C :31:</w:t>
        <w:br/>
        <w:t xml:space="preserve"> 2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mkinvestco.com CONFIDENTIAL | PRINT ONLY ONCE | ID: Powered by Mycroft · 22 Sept 2026 06:31:22 UTC</w:t>
        <w:br/>
        <w:t xml:space="preserve"> 6BUDNMPUC8Z</w:t>
      </w:r>
    </w:p>
    <w:p>
      <w:r>
        <w:br w:type="page"/>
      </w:r>
    </w:p>
    <w:p>
      <w:pPr>
        <w:pStyle w:val="Heading2"/>
        <w:keepNext/>
      </w:pPr>
      <w:r>
        <w:rPr>
          <w:rFonts w:ascii="Cormorant Garamond" w:hAnsi="Cormorant Garamond" w:eastAsia="Cormorant Garamond"/>
          <w:b/>
          <w:i w:val="0"/>
          <w:color w:val="4A7C7E"/>
          <w:sz w:val="26"/>
        </w:rPr>
        <w:t>Source page 10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MARLOWE KEYNES DIS · DEEP DIVE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01 Where a company came from tells you</w:t>
        <w:br/>
        <w:t xml:space="preserve"> where it can go. We wrote the book on QUEUE 2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every public company.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DO</w:t>
        <w:br/>
        <w:t xml:space="preserve"> PR NO</w:t>
        <w:br/>
        <w:t xml:space="preserve"> Not wired. Company History answers at its own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Se IN T</w:t>
        <w:br/>
        <w:t xml:space="preserve"> domain. The claim wires when a run is stamped.</w:t>
        <w:br/>
        <w:t xml:space="preserve"> POSITION 2 IN THE QUEUE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pt T O SH</w:t>
        <w:br/>
        <w:t xml:space="preserve"> CARRIED BY 2 of 37 modules · 5.4% of the estate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20 N A</w:t>
        <w:br/>
        <w:t xml:space="preserve"> ANSWERING 2 of 2 · 100% of what carries it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26 CE R</w:t>
        <w:br/>
        <w:t xml:space="preserve"> PROOF None · the claim rests on the modules alone</w:t>
        <w:br/>
        <w:t xml:space="preserve"> POSITION Line 01 of 23 · queue 2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UT 06 · 2</w:t>
        <w:br/>
        <w:t xml:space="preserve"> Company History VOL III: Synthetic Brains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C :31:</w:t>
        <w:br/>
        <w:t xml:space="preserve"> 2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mkinvestco.com CONFIDENTIAL | PRINT ONLY ONCE | ID: Powered by Mycroft · 22 Sept 2026 06:31:22 UTC</w:t>
        <w:br/>
        <w:t xml:space="preserve"> 6BUDNMPUC8Z</w:t>
      </w:r>
    </w:p>
    <w:p>
      <w:r>
        <w:br w:type="page"/>
      </w:r>
    </w:p>
    <w:p>
      <w:pPr>
        <w:pStyle w:val="Heading2"/>
        <w:keepNext/>
      </w:pPr>
      <w:r>
        <w:rPr>
          <w:rFonts w:ascii="Cormorant Garamond" w:hAnsi="Cormorant Garamond" w:eastAsia="Cormorant Garamond"/>
          <w:b/>
          <w:i w:val="0"/>
          <w:color w:val="4A7C7E"/>
          <w:sz w:val="26"/>
        </w:rPr>
        <w:t>Source page 11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MARLOWE KEYNES DIS · DEEP DIVE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02 Disney's annual report reaches page sixty six</w:t>
        <w:br/>
        <w:t xml:space="preserve"> before the financial statements begin. The part</w:t>
        <w:br/>
        <w:t xml:space="preserve"> that matters is shorter still.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DO</w:t>
        <w:br/>
        <w:t xml:space="preserve"> PR NO</w:t>
        <w:br/>
        <w:t xml:space="preserve"> Not wired. 10-K Reader answers at its own domain.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Se IN T</w:t>
        <w:br/>
        <w:t xml:space="preserve"> The claim wires when a run is stamped.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pt T O SH</w:t>
        <w:br/>
        <w:t xml:space="preserve"> CARRIED BY 1 of 37 modules · 2.7% of the estate</w:t>
        <w:br/>
        <w:t xml:space="preserve"> ANSWERING 1 of 1 · 100% of what carries it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20 N A</w:t>
        <w:br/>
        <w:t xml:space="preserve"> PROOF None · the claim rests on the modules alone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26 CE R</w:t>
        <w:br/>
        <w:t xml:space="preserve"> POSITION Line 02 of 23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UT 06 · 2</w:t>
        <w:br/>
        <w:t xml:space="preserve"> 10-K Reader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C :31:</w:t>
        <w:br/>
        <w:t xml:space="preserve"> 2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mkinvestco.com CONFIDENTIAL | PRINT ONLY ONCE | ID: Powered by Mycroft · 22 Sept 2026 06:31:22 UTC</w:t>
        <w:br/>
        <w:t xml:space="preserve"> 6BUDNMPUC8Z</w:t>
      </w:r>
    </w:p>
    <w:p>
      <w:r>
        <w:br w:type="page"/>
      </w:r>
    </w:p>
    <w:p>
      <w:pPr>
        <w:pStyle w:val="Heading2"/>
        <w:keepNext/>
      </w:pPr>
      <w:r>
        <w:rPr>
          <w:rFonts w:ascii="Cormorant Garamond" w:hAnsi="Cormorant Garamond" w:eastAsia="Cormorant Garamond"/>
          <w:b/>
          <w:i w:val="0"/>
          <w:color w:val="4A7C7E"/>
          <w:sz w:val="26"/>
        </w:rPr>
        <w:t>Source page 12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MARLOWE KEYNES DIS · DEEP DIVE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03 A model that takes ten hours takes five</w:t>
        <w:br/>
        <w:t xml:space="preserve"> minutes. Formulas intact, decades of history</w:t>
        <w:br/>
        <w:t xml:space="preserve"> included.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DO</w:t>
        <w:br/>
        <w:t xml:space="preserve"> PR NO</w:t>
        <w:br/>
        <w:t xml:space="preserve"> Not wired. Financial Modeling answers at its own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Se IN T</w:t>
        <w:br/>
        <w:t xml:space="preserve"> domain. The claim wires when a run is stamped.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pt T O SH</w:t>
        <w:br/>
        <w:t xml:space="preserve"> CARRIED BY 1 of 37 modules · 2.7% of the estate</w:t>
        <w:br/>
        <w:t xml:space="preserve"> ANSWERING 1 of 1 · 100% of what carries it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20 N A</w:t>
        <w:br/>
        <w:t xml:space="preserve"> PROOF None · the claim rests on the modules alone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26 CE R</w:t>
        <w:br/>
        <w:t xml:space="preserve"> POSITION Line 03 of 23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UT 06 · 2</w:t>
        <w:br/>
        <w:t xml:space="preserve"> Financial Modeling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C :31:</w:t>
        <w:br/>
        <w:t xml:space="preserve"> 2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mkinvestco.com CONFIDENTIAL | PRINT ONLY ONCE | ID: Powered by Mycroft · 22 Sept 2026 06:31:22 UTC</w:t>
        <w:br/>
        <w:t xml:space="preserve"> 6BUDNMPUC8Z</w:t>
      </w:r>
    </w:p>
    <w:p>
      <w:r>
        <w:br w:type="page"/>
      </w:r>
    </w:p>
    <w:p>
      <w:pPr>
        <w:pStyle w:val="Heading2"/>
        <w:keepNext/>
      </w:pPr>
      <w:r>
        <w:rPr>
          <w:rFonts w:ascii="Cormorant Garamond" w:hAnsi="Cormorant Garamond" w:eastAsia="Cormorant Garamond"/>
          <w:b/>
          <w:i w:val="0"/>
          <w:color w:val="4A7C7E"/>
          <w:sz w:val="26"/>
        </w:rPr>
        <w:t>Source page 13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MARLOWE KEYNES DIS · DEEP DIVE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04 Four methods, one number, every assumption</w:t>
        <w:br/>
        <w:t xml:space="preserve"> left visible.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DO</w:t>
        <w:br/>
        <w:t xml:space="preserve"> Not wired. Valuation Engine answers at its own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PR NO</w:t>
        <w:br/>
        <w:t xml:space="preserve"> domain. The claim wires when a run is stamped.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Se IN T</w:t>
        <w:br/>
        <w:t xml:space="preserve"> CARRIED BY 2 of 37 modules · 5.4% of the estate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pt T O SH</w:t>
        <w:br/>
        <w:t xml:space="preserve"> ANSWERING 2 of 2 · 100% of what carries it</w:t>
        <w:br/>
        <w:t xml:space="preserve"> PROOF None · the claim rests on the modules alone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20 A</w:t>
        <w:br/>
        <w:t xml:space="preserve"> POSITION Line 04 of 23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N</w:t>
        <w:br/>
        <w:t xml:space="preserve"> 26 CE R</w:t>
        <w:br/>
        <w:t xml:space="preserve"> Valuation Engine Cheap Or Not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UT 06 · 2</w:t>
        <w:br/>
        <w:t xml:space="preserve"> C :31:</w:t>
        <w:br/>
        <w:t xml:space="preserve"> 2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mkinvestco.com CONFIDENTIAL | PRINT ONLY ONCE | ID: Powered by Mycroft · 22 Sept 2026 06:31:22 UTC</w:t>
        <w:br/>
        <w:t xml:space="preserve"> 6BUDNMPUC8Z</w:t>
      </w:r>
    </w:p>
    <w:p>
      <w:r>
        <w:br w:type="page"/>
      </w:r>
    </w:p>
    <w:p>
      <w:pPr>
        <w:pStyle w:val="Heading2"/>
        <w:keepNext/>
      </w:pPr>
      <w:r>
        <w:rPr>
          <w:rFonts w:ascii="Cormorant Garamond" w:hAnsi="Cormorant Garamond" w:eastAsia="Cormorant Garamond"/>
          <w:b/>
          <w:i w:val="0"/>
          <w:color w:val="4A7C7E"/>
          <w:sz w:val="26"/>
        </w:rPr>
        <w:t>Source page 14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MARLOWE KEYNES DIS · DEEP DIVE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05 Companies are run by people, and people have</w:t>
        <w:br/>
        <w:t xml:space="preserve"> records.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DO</w:t>
        <w:br/>
        <w:t xml:space="preserve"> Not wired. CEO Analysis answers at its own domain.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PR NO</w:t>
        <w:br/>
        <w:t xml:space="preserve"> The claim wires when a run is stamped.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Se IN T</w:t>
        <w:br/>
        <w:t xml:space="preserve"> CARRIED BY 1 of 37 modules · 2.7% of the estate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pt T O SH</w:t>
        <w:br/>
        <w:t xml:space="preserve"> ANSWERING 1 of 1 · 100% of what carries it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PROOF None · the claim rests on the modules alone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20 A</w:t>
        <w:br/>
        <w:t xml:space="preserve"> POSITION Line 05 of 23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N</w:t>
        <w:br/>
        <w:t xml:space="preserve"> 26 CE R</w:t>
        <w:br/>
        <w:t xml:space="preserve"> CEO Analysis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UT 06 · 2</w:t>
        <w:br/>
        <w:t xml:space="preserve"> C :31:</w:t>
        <w:br/>
        <w:t xml:space="preserve"> 2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mkinvestco.com CONFIDENTIAL | PRINT ONLY ONCE | ID: Powered by Mycroft · 22 Sept 2026 06:31:22 UTC</w:t>
        <w:br/>
        <w:t xml:space="preserve"> 6BUDNMPUC8Z</w:t>
      </w:r>
    </w:p>
    <w:p>
      <w:r>
        <w:br w:type="page"/>
      </w:r>
    </w:p>
    <w:p>
      <w:pPr>
        <w:pStyle w:val="Heading2"/>
        <w:keepNext/>
      </w:pPr>
      <w:r>
        <w:rPr>
          <w:rFonts w:ascii="Cormorant Garamond" w:hAnsi="Cormorant Garamond" w:eastAsia="Cormorant Garamond"/>
          <w:b/>
          <w:i w:val="0"/>
          <w:color w:val="4A7C7E"/>
          <w:sz w:val="26"/>
        </w:rPr>
        <w:t>Source page 15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MARLOWE KEYNES DIS · DEEP DIVE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06 Walk in knowing more than the person across</w:t>
        <w:br/>
        <w:t xml:space="preserve"> the table.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DO</w:t>
        <w:br/>
        <w:t xml:space="preserve"> Not wired. Meeting Prep answers at its own domain.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PR NO</w:t>
        <w:br/>
        <w:t xml:space="preserve"> The claim wires when a run is stamped.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Se IN T</w:t>
        <w:br/>
        <w:t xml:space="preserve"> CARRIED BY 2 of 37 modules · 5.4% of the estate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pt T O SH</w:t>
        <w:br/>
        <w:t xml:space="preserve"> ANSWERING 2 of 2 · 100% of what carries it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PROOF None · the claim rests on the modules alone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20 A</w:t>
        <w:br/>
        <w:t xml:space="preserve"> POSITION Line 06 of 23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N</w:t>
        <w:br/>
        <w:t xml:space="preserve"> 26 CE R</w:t>
        <w:br/>
        <w:t xml:space="preserve"> Meeting Prep First Look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UT 06 · 2</w:t>
        <w:br/>
        <w:t xml:space="preserve"> C :31:</w:t>
        <w:br/>
        <w:t xml:space="preserve"> 2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mkinvestco.com CONFIDENTIAL | PRINT ONLY ONCE | ID: Powered by Mycroft · 22 Sept 2026 06:31:22 UTC</w:t>
        <w:br/>
        <w:t xml:space="preserve"> 6BUDNMPUC8Z</w:t>
      </w:r>
    </w:p>
    <w:p>
      <w:r>
        <w:br w:type="page"/>
      </w:r>
    </w:p>
    <w:p>
      <w:pPr>
        <w:pStyle w:val="Heading2"/>
        <w:keepNext/>
      </w:pPr>
      <w:r>
        <w:rPr>
          <w:rFonts w:ascii="Cormorant Garamond" w:hAnsi="Cormorant Garamond" w:eastAsia="Cormorant Garamond"/>
          <w:b/>
          <w:i w:val="0"/>
          <w:color w:val="4A7C7E"/>
          <w:sz w:val="26"/>
        </w:rPr>
        <w:t>Source page 16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MARLOWE KEYNES DIS · DEEP DIVE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07 What they said on the call, what they were</w:t>
        <w:br/>
        <w:t xml:space="preserve"> asked, and what they stepped around.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DO</w:t>
        <w:br/>
        <w:t xml:space="preserve"> Not wired. Earnings Prep answers at its own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PR NO</w:t>
        <w:br/>
        <w:t xml:space="preserve"> domain. The claim wires when a run is stamped.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Se IN T</w:t>
        <w:br/>
        <w:t xml:space="preserve"> CARRIED BY 1 of 37 modules · 2.7% of the estate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pt T O SH</w:t>
        <w:br/>
        <w:t xml:space="preserve"> ANSWERING 1 of 1 · 100% of what carries it</w:t>
        <w:br/>
        <w:t xml:space="preserve"> PROOF None · the claim rests on the modules alone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20 A</w:t>
        <w:br/>
        <w:t xml:space="preserve"> POSITION Line 07 of 23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N</w:t>
        <w:br/>
        <w:t xml:space="preserve"> 26 CE R</w:t>
        <w:br/>
        <w:t xml:space="preserve"> Earnings Prep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UT 06 · 2</w:t>
        <w:br/>
        <w:t xml:space="preserve"> C :31:</w:t>
        <w:br/>
        <w:t xml:space="preserve"> 2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mkinvestco.com CONFIDENTIAL | PRINT ONLY ONCE | ID: Powered by Mycroft · 22 Sept 2026 06:31:22 UTC</w:t>
        <w:br/>
        <w:t xml:space="preserve"> 6BUDNMPUC8Z</w:t>
      </w:r>
    </w:p>
    <w:p>
      <w:r>
        <w:br w:type="page"/>
      </w:r>
    </w:p>
    <w:p>
      <w:pPr>
        <w:pStyle w:val="Heading2"/>
        <w:keepNext/>
      </w:pPr>
      <w:r>
        <w:rPr>
          <w:rFonts w:ascii="Cormorant Garamond" w:hAnsi="Cormorant Garamond" w:eastAsia="Cormorant Garamond"/>
          <w:b/>
          <w:i w:val="0"/>
          <w:color w:val="4A7C7E"/>
          <w:sz w:val="26"/>
        </w:rPr>
        <w:t>Source page 17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MARLOWE KEYNES DIS · DEEP DIVE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08 Every adjustment, and nothing that does</w:t>
        <w:br/>
        <w:t xml:space="preserve"> PROOF</w:t>
        <w:br/>
        <w:t xml:space="preserve"> not move the number.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DO</w:t>
        <w:br/>
        <w:t xml:space="preserve"> FLIPBOOK · DISNEY MKFLIP, SESSION 53BINN-NOEN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PR NO</w:t>
        <w:br/>
        <w:t xml:space="preserve"> 7 AUGUST 2026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Se IN T</w:t>
        <w:br/>
        <w:t xml:space="preserve"> SHARE PRICE MARKET CAP NET DEBT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$104.67 $189.6B $42.6B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pt T O SH</w:t>
        <w:br/>
        <w:t xml:space="preserve"> CLOSE DERIVED DERIVED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20</w:t>
        <w:br/>
        <w:t xml:space="preserve"> ENTERPRISE</w:t>
        <w:br/>
        <w:t xml:space="preserve"> VALUE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N A</w:t>
        <w:br/>
        <w:t xml:space="preserve"> EPS EV / EBITDA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26 CE R</w:t>
        <w:br/>
        <w:t xml:space="preserve"> $6.85 9.6x</w:t>
        <w:br/>
        <w:t xml:space="preserve"> $232.1B FY2025 LTM</w:t>
        <w:br/>
        <w:t xml:space="preserve"> DERIVED REPORTED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UT 06 · 2</w:t>
        <w:br/>
        <w:t xml:space="preserve"> C :31:</w:t>
        <w:br/>
        <w:t xml:space="preserve"> THE MODULE'S OWN EARNINGS PATH · DOLL ARS PER SHARE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FY26E · ESTIMATE</w:t>
        <w:br/>
        <w:t xml:space="preserve"> FY25 · REPORTED</w:t>
        <w:br/>
        <w:t xml:space="preserve"> 2 FY27E · ESTIMATE</w:t>
        <w:br/>
        <w:t xml:space="preserve"> FY28E · ESTIMATE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$6.85 $6.80 $7.45 $8.29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mkinvestco.com CONFIDENTIAL | PRINT ONLY ONCE | ID: Powered by Mycroft · 22 Sept 2026 06:31:22 UTC</w:t>
        <w:br/>
        <w:t xml:space="preserve"> 6BUDNMPUC8Z</w:t>
      </w:r>
    </w:p>
    <w:p>
      <w:r>
        <w:br w:type="page"/>
      </w:r>
    </w:p>
    <w:p>
      <w:pPr>
        <w:pStyle w:val="Heading2"/>
        <w:keepNext/>
      </w:pPr>
      <w:r>
        <w:rPr>
          <w:rFonts w:ascii="Cormorant Garamond" w:hAnsi="Cormorant Garamond" w:eastAsia="Cormorant Garamond"/>
          <w:b/>
          <w:i w:val="0"/>
          <w:color w:val="4A7C7E"/>
          <w:sz w:val="26"/>
        </w:rPr>
        <w:t>Source page 18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MARLOWE KEYNES DIS · DEEP DIVE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DO</w:t>
        <w:br/>
        <w:t xml:space="preserve"> PR NO</w:t>
        <w:br/>
        <w:t xml:space="preserve"> Se IN T</w:t>
        <w:br/>
        <w:t xml:space="preserve"> pt T O SH</w:t>
        <w:br/>
        <w:t xml:space="preserve"> PAGE 3 OF 7 · DISNEY-SPECIFIC SOURCE GENERATED</w:t>
        <w:br/>
        <w:t xml:space="preserve"> SEPTEMBER 2026 · CROPPED ONLY · NO FIGURE ALTERED</w:t>
        <w:br/>
        <w:t xml:space="preserve"> 17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20 N A</w:t>
        <w:br/>
        <w:t xml:space="preserve"> This newly generated Disney page carries a price to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26 CE R</w:t>
        <w:br/>
        <w:t xml:space="preserve"> earnings of 21.8 times and forward EV / EBITDA of 9.7</w:t>
        <w:br/>
        <w:t xml:space="preserve"> times. The cells and earnings path above remain the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UT 06 · 2</w:t>
        <w:br/>
        <w:t xml:space="preserve"> Ledger's 7 August capture; they have not been silently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C :31:</w:t>
        <w:br/>
        <w:t xml:space="preserve"> restated from the newer supporting artifact.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CARRIED BY 1 of 37 modules · 2.7% of the estate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</w:t>
        <w:br/>
        <w:t xml:space="preserve"> ANSWERING 1 of 1 · 100% of what carries it</w:t>
        <w:br/>
        <w:t xml:space="preserve"> PROOF Stamped 7 August 2026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POSITION Line 08 of 23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Open Flipbook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mkinvestco.com CONFIDENTIAL | PRINT ONLY ONCE | ID: Powered by Mycroft · 22 Sept 2026 06:31:22 UTC</w:t>
        <w:br/>
        <w:t xml:space="preserve"> 6BUDNMPUC8Z</w:t>
      </w:r>
    </w:p>
    <w:p>
      <w:r>
        <w:br w:type="page"/>
      </w:r>
    </w:p>
    <w:p>
      <w:pPr>
        <w:pStyle w:val="Heading2"/>
        <w:keepNext/>
      </w:pPr>
      <w:r>
        <w:rPr>
          <w:rFonts w:ascii="Cormorant Garamond" w:hAnsi="Cormorant Garamond" w:eastAsia="Cormorant Garamond"/>
          <w:b/>
          <w:i w:val="0"/>
          <w:color w:val="4A7C7E"/>
          <w:sz w:val="26"/>
        </w:rPr>
        <w:t>Source page 19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MARLOWE KEYNES DIS · DEEP DIVE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10 Hold Disney through 2020 and find out what</w:t>
        <w:br/>
        <w:t xml:space="preserve"> you would actually have done.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DO</w:t>
        <w:br/>
        <w:t xml:space="preserve"> Not wired. Flight Simulator answers at its own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PR NO</w:t>
        <w:br/>
        <w:t xml:space="preserve"> domain. The claim wires when a run is stamped.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Se IN T</w:t>
        <w:br/>
        <w:t xml:space="preserve"> CARRIED BY 1 of 37 modules · 2.7% of the estate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pt T O SH</w:t>
        <w:br/>
        <w:t xml:space="preserve"> ANSWERING 1 of 1 · 100% of what carries it</w:t>
        <w:br/>
        <w:t xml:space="preserve"> PROOF None · the claim rests on the modules alone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20 A</w:t>
        <w:br/>
        <w:t xml:space="preserve"> POSITION Line 10 of 23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N</w:t>
        <w:br/>
        <w:t xml:space="preserve"> 26 CE R</w:t>
        <w:br/>
        <w:t xml:space="preserve"> Flight Simulator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UT 06 · 2</w:t>
        <w:br/>
        <w:t xml:space="preserve"> C :31:</w:t>
        <w:br/>
        <w:t xml:space="preserve"> 2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mkinvestco.com CONFIDENTIAL | PRINT ONLY ONCE | ID: Powered by Mycroft · 22 Sept 2026 06:31:22 UTC</w:t>
        <w:br/>
        <w:t xml:space="preserve"> 6BUDNMPUC8Z</w:t>
      </w:r>
    </w:p>
    <w:p>
      <w:r>
        <w:br w:type="page"/>
      </w:r>
    </w:p>
    <w:p>
      <w:pPr>
        <w:pStyle w:val="Heading2"/>
        <w:keepNext/>
      </w:pPr>
      <w:r>
        <w:rPr>
          <w:rFonts w:ascii="Cormorant Garamond" w:hAnsi="Cormorant Garamond" w:eastAsia="Cormorant Garamond"/>
          <w:b/>
          <w:i w:val="0"/>
          <w:color w:val="4A7C7E"/>
          <w:sz w:val="26"/>
        </w:rPr>
        <w:t>Source page 20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MARLOWE KEYNES DIS · DEEP DIVE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11 Somewhere in forty thousand</w:t>
        <w:br/>
        <w:t xml:space="preserve"> companies is the one nobody has QUEUE 3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looked at.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DO</w:t>
        <w:br/>
        <w:t xml:space="preserve"> PR NO</w:t>
        <w:br/>
        <w:t xml:space="preserve"> Not wired. Invest Idea answers at its own domain.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Se IN T</w:t>
        <w:br/>
        <w:t xml:space="preserve"> The claim wires when a run is stamped.</w:t>
        <w:br/>
        <w:t xml:space="preserve"> POSITION 3 IN THE QUEUE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pt T O SH</w:t>
        <w:br/>
        <w:t xml:space="preserve"> CARRIED BY 1 of 37 modules · 2.7% of the estate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20 N A</w:t>
        <w:br/>
        <w:t xml:space="preserve"> ANSWERING 1 of 1 · 100% of what carries it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26 CE R</w:t>
        <w:br/>
        <w:t xml:space="preserve"> PROOF None · the claim rests on the modules alone</w:t>
        <w:br/>
        <w:t xml:space="preserve"> POSITION Line 11 of 23 · queue 3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UT 06 · 2</w:t>
        <w:br/>
        <w:t xml:space="preserve"> Invest Idea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C :31:</w:t>
        <w:br/>
        <w:t xml:space="preserve"> 2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mkinvestco.com CONFIDENTIAL | PRINT ONLY ONCE | ID: Powered by Mycroft · 22 Sept 2026 06:31:22 UTC</w:t>
        <w:br/>
        <w:t xml:space="preserve"> 6BUDNMPUC8Z</w:t>
      </w:r>
    </w:p>
    <w:p>
      <w:r>
        <w:br w:type="page"/>
      </w:r>
    </w:p>
    <w:p>
      <w:pPr>
        <w:pStyle w:val="Heading2"/>
        <w:keepNext/>
      </w:pPr>
      <w:r>
        <w:rPr>
          <w:rFonts w:ascii="Cormorant Garamond" w:hAnsi="Cormorant Garamond" w:eastAsia="Cormorant Garamond"/>
          <w:b/>
          <w:i w:val="0"/>
          <w:color w:val="4A7C7E"/>
          <w:sz w:val="26"/>
        </w:rPr>
        <w:t>Source page 21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MARLOWE KEYNES DIS · DEEP DIVE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12 Breakups, spinoffs, forced sellers. The moments</w:t>
        <w:br/>
        <w:t xml:space="preserve"> when price stops meaning much.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DO</w:t>
        <w:br/>
        <w:t xml:space="preserve"> Not wired. Special Situations answers at its own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PR NO</w:t>
        <w:br/>
        <w:t xml:space="preserve"> domain. The claim wires when a run is stamped.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Se IN T</w:t>
        <w:br/>
        <w:t xml:space="preserve"> CARRIED BY 1 of 37 modules · 2.7% of the estate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pt T O SH</w:t>
        <w:br/>
        <w:t xml:space="preserve"> ANSWERING 1 of 1 · 100% of what carries it</w:t>
        <w:br/>
        <w:t xml:space="preserve"> PROOF None · the claim rests on the modules alone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20 A</w:t>
        <w:br/>
        <w:t xml:space="preserve"> POSITION Line 12 of 23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N</w:t>
        <w:br/>
        <w:t xml:space="preserve"> 26 CE R</w:t>
        <w:br/>
        <w:t xml:space="preserve"> Special Situations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UT 06 · 2</w:t>
        <w:br/>
        <w:t xml:space="preserve"> C :31:</w:t>
        <w:br/>
        <w:t xml:space="preserve"> 2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mkinvestco.com CONFIDENTIAL | PRINT ONLY ONCE | ID: Powered by Mycroft · 22 Sept 2026 06:31:22 UTC</w:t>
        <w:br/>
        <w:t xml:space="preserve"> 6BUDNMPUC8Z</w:t>
      </w:r>
    </w:p>
    <w:p>
      <w:r>
        <w:br w:type="page"/>
      </w:r>
    </w:p>
    <w:p>
      <w:pPr>
        <w:pStyle w:val="Heading2"/>
        <w:keepNext/>
      </w:pPr>
      <w:r>
        <w:rPr>
          <w:rFonts w:ascii="Cormorant Garamond" w:hAnsi="Cormorant Garamond" w:eastAsia="Cormorant Garamond"/>
          <w:b/>
          <w:i w:val="0"/>
          <w:color w:val="4A7C7E"/>
          <w:sz w:val="26"/>
        </w:rPr>
        <w:t>Source page 22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MARLOWE KEYNES DIS · DEEP DIVE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13 Every chart on earth, ranked.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DO</w:t>
        <w:br/>
        <w:t xml:space="preserve"> Not wired. Chart Engine answers at its own domain.</w:t>
        <w:br/>
        <w:t xml:space="preserve"> The claim wires when a run is stamped.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PR NO</w:t>
        <w:br/>
        <w:t xml:space="preserve"> CARRIED BY 1 of 37 modules · 2.7% of the estate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Se IN T</w:t>
        <w:br/>
        <w:t xml:space="preserve"> ANSWERING 1 of 1 · 100% of what carries it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PROOF None · the claim rests on the modules alone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pt T O SH</w:t>
        <w:br/>
        <w:t xml:space="preserve"> POSITION Line 13 of 23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20 N</w:t>
        <w:br/>
        <w:t xml:space="preserve"> Chart Engine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A</w:t>
        <w:br/>
        <w:t xml:space="preserve"> 26 CE R</w:t>
        <w:br/>
        <w:t xml:space="preserve"> UT 06 · 2</w:t>
        <w:br/>
        <w:t xml:space="preserve"> C :31:</w:t>
        <w:br/>
        <w:t xml:space="preserve"> 2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mkinvestco.com CONFIDENTIAL | PRINT ONLY ONCE | ID: Powered by Mycroft · 22 Sept 2026 06:31:22 UTC</w:t>
        <w:br/>
        <w:t xml:space="preserve"> 6BUDNMPUC8Z</w:t>
      </w:r>
    </w:p>
    <w:p>
      <w:r>
        <w:br w:type="page"/>
      </w:r>
    </w:p>
    <w:p>
      <w:pPr>
        <w:pStyle w:val="Heading2"/>
        <w:keepNext/>
      </w:pPr>
      <w:r>
        <w:rPr>
          <w:rFonts w:ascii="Cormorant Garamond" w:hAnsi="Cormorant Garamond" w:eastAsia="Cormorant Garamond"/>
          <w:b/>
          <w:i w:val="0"/>
          <w:color w:val="4A7C7E"/>
          <w:sz w:val="26"/>
        </w:rPr>
        <w:t>Source page 23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MARLOWE KEYNES DIS · DEEP DIVE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14 Rates, deficits, and flows decide more than any</w:t>
        <w:br/>
        <w:t xml:space="preserve"> single company does.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DO</w:t>
        <w:br/>
        <w:t xml:space="preserve"> Not wired. Deep Macro answers at its own domain.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PR NO</w:t>
        <w:br/>
        <w:t xml:space="preserve"> The claim wires when a run is stamped.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Se IN T</w:t>
        <w:br/>
        <w:t xml:space="preserve"> CARRIED BY 2 of 37 modules · 5.4% of the estate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pt T O SH</w:t>
        <w:br/>
        <w:t xml:space="preserve"> ANSWERING 2 of 2 · 100% of what carries it</w:t>
        <w:br/>
        <w:t xml:space="preserve"> PROOF None · the claim rests on the modules alone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20 A</w:t>
        <w:br/>
        <w:t xml:space="preserve"> POSITION Line 14 of 23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N</w:t>
        <w:br/>
        <w:t xml:space="preserve"> 26 CE R</w:t>
        <w:br/>
        <w:t xml:space="preserve"> Deep Macro Keynes Macro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UT 06 · 2</w:t>
        <w:br/>
        <w:t xml:space="preserve"> C :31:</w:t>
        <w:br/>
        <w:t xml:space="preserve"> 2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mkinvestco.com CONFIDENTIAL | PRINT ONLY ONCE | ID: Powered by Mycroft · 22 Sept 2026 06:31:22 UTC</w:t>
        <w:br/>
        <w:t xml:space="preserve"> 6BUDNMPUC8Z</w:t>
      </w:r>
    </w:p>
    <w:p>
      <w:r>
        <w:br w:type="page"/>
      </w:r>
    </w:p>
    <w:p>
      <w:pPr>
        <w:pStyle w:val="Heading2"/>
        <w:keepNext/>
      </w:pPr>
      <w:r>
        <w:rPr>
          <w:rFonts w:ascii="Cormorant Garamond" w:hAnsi="Cormorant Garamond" w:eastAsia="Cormorant Garamond"/>
          <w:b/>
          <w:i w:val="0"/>
          <w:color w:val="4A7C7E"/>
          <w:sz w:val="26"/>
        </w:rPr>
        <w:t>Source page 24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MARLOWE KEYNES DIS · DEEP DIVE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15 Everything you hold, current, in one place.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DO</w:t>
        <w:br/>
        <w:t xml:space="preserve"> Not wired. Portfolio Manager answers at its own</w:t>
        <w:br/>
        <w:t xml:space="preserve"> domain. The claim wires when a run is stamped.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PR NO</w:t>
        <w:br/>
        <w:t xml:space="preserve"> CARRIED BY 2 of 37 modules · 5.4% of the estate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Se IN T</w:t>
        <w:br/>
        <w:t xml:space="preserve"> ANSWERING 2 of 2 · 100% of what carries it</w:t>
        <w:br/>
        <w:t xml:space="preserve"> PROOF None · the claim rests on the modules alone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pt T O SH</w:t>
        <w:br/>
        <w:t xml:space="preserve"> POSITION Line 15 of 23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20 N A</w:t>
        <w:br/>
        <w:t xml:space="preserve"> Portfolio Manager Allocator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26 CE R</w:t>
        <w:br/>
        <w:t xml:space="preserve"> UT 06 · 2</w:t>
        <w:br/>
        <w:t xml:space="preserve"> C :31:</w:t>
        <w:br/>
        <w:t xml:space="preserve"> 2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mkinvestco.com CONFIDENTIAL | PRINT ONLY ONCE | ID: Powered by Mycroft · 22 Sept 2026 06:31:22 UTC</w:t>
        <w:br/>
        <w:t xml:space="preserve"> 6BUDNMPUC8Z</w:t>
      </w:r>
    </w:p>
    <w:p>
      <w:r>
        <w:br w:type="page"/>
      </w:r>
    </w:p>
    <w:p>
      <w:pPr>
        <w:pStyle w:val="Heading2"/>
        <w:keepNext/>
      </w:pPr>
      <w:r>
        <w:rPr>
          <w:rFonts w:ascii="Cormorant Garamond" w:hAnsi="Cormorant Garamond" w:eastAsia="Cormorant Garamond"/>
          <w:b/>
          <w:i w:val="0"/>
          <w:color w:val="4A7C7E"/>
          <w:sz w:val="26"/>
        </w:rPr>
        <w:t>Source page 25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MARLOWE KEYNES DIS · DEEP DIVE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16 Give it the assignment. Come back to finished</w:t>
        <w:br/>
        <w:t xml:space="preserve"> work.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DO</w:t>
        <w:br/>
        <w:t xml:space="preserve"> Not wired. Invest Brain answers at its own domain.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PR NO</w:t>
        <w:br/>
        <w:t xml:space="preserve"> The claim wires when a run is stamped.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Se IN T</w:t>
        <w:br/>
        <w:t xml:space="preserve"> CARRIED BY 2 of 37 modules · 5.4% of the estate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pt T O SH</w:t>
        <w:br/>
        <w:t xml:space="preserve"> ANSWERING 2 of 2 · 100% of what carries it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PROOF None · the claim rests on the modules alone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20 A</w:t>
        <w:br/>
        <w:t xml:space="preserve"> POSITION Line 16 of 23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N</w:t>
        <w:br/>
        <w:t xml:space="preserve"> 26 CE R</w:t>
        <w:br/>
        <w:t xml:space="preserve"> Invest Brain Mycroft Money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UT 06 · 2</w:t>
        <w:br/>
        <w:t xml:space="preserve"> C :31:</w:t>
        <w:br/>
        <w:t xml:space="preserve"> 2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mkinvestco.com CONFIDENTIAL | PRINT ONLY ONCE | ID: Powered by Mycroft · 22 Sept 2026 06:31:22 UTC</w:t>
        <w:br/>
        <w:t xml:space="preserve"> 6BUDNMPUC8Z</w:t>
      </w:r>
    </w:p>
    <w:p>
      <w:r>
        <w:br w:type="page"/>
      </w:r>
    </w:p>
    <w:p>
      <w:pPr>
        <w:pStyle w:val="Heading2"/>
        <w:keepNext/>
      </w:pPr>
      <w:r>
        <w:rPr>
          <w:rFonts w:ascii="Cormorant Garamond" w:hAnsi="Cormorant Garamond" w:eastAsia="Cormorant Garamond"/>
          <w:b/>
          <w:i w:val="0"/>
          <w:color w:val="4A7C7E"/>
          <w:sz w:val="26"/>
        </w:rPr>
        <w:t>Source page 26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MARLOWE KEYNES DIS · DEEP DIVE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17 A deck whose numbers are never out of date.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DO</w:t>
        <w:br/>
        <w:t xml:space="preserve"> Not wired. Mycroft Deck answers at its own domain.</w:t>
        <w:br/>
        <w:t xml:space="preserve"> The claim wires when a run is stamped.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PR NO</w:t>
        <w:br/>
        <w:t xml:space="preserve"> CARRIED BY 1 of 37 modules · 2.7% of the estate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Se IN T</w:t>
        <w:br/>
        <w:t xml:space="preserve"> ANSWERING 1 of 1 · 100% of what carries it</w:t>
        <w:br/>
        <w:t xml:space="preserve"> PROOF None · the claim rests on the modules alone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pt T O SH</w:t>
        <w:br/>
        <w:t xml:space="preserve"> POSITION Line 17 of 23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20 N</w:t>
        <w:br/>
        <w:t xml:space="preserve"> Mycroft Deck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A</w:t>
        <w:br/>
        <w:t xml:space="preserve"> 26 CE R</w:t>
        <w:br/>
        <w:t xml:space="preserve"> UT 06 · 2</w:t>
        <w:br/>
        <w:t xml:space="preserve"> C :31:</w:t>
        <w:br/>
        <w:t xml:space="preserve"> 2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mkinvestco.com CONFIDENTIAL | PRINT ONLY ONCE | ID: Powered by Mycroft · 22 Sept 2026 06:31:22 UTC</w:t>
        <w:br/>
        <w:t xml:space="preserve"> 6BUDNMPUC8Z</w:t>
      </w:r>
    </w:p>
    <w:p>
      <w:r>
        <w:br w:type="page"/>
      </w:r>
    </w:p>
    <w:p>
      <w:pPr>
        <w:pStyle w:val="Heading2"/>
        <w:keepNext/>
      </w:pPr>
      <w:r>
        <w:rPr>
          <w:rFonts w:ascii="Cormorant Garamond" w:hAnsi="Cormorant Garamond" w:eastAsia="Cormorant Garamond"/>
          <w:b/>
          <w:i w:val="0"/>
          <w:color w:val="4A7C7E"/>
          <w:sz w:val="26"/>
        </w:rPr>
        <w:t>Source page 27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MARLOWE KEYNES DIS · DEEP DIVE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18 The argument nobody at the table</w:t>
        <w:br/>
        <w:t xml:space="preserve"> QUEUE 4</w:t>
        <w:br/>
        <w:t xml:space="preserve"> wants to make.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DO</w:t>
        <w:br/>
        <w:t xml:space="preserve"> Not wired. Mister Contrarian answers at its own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PR NO</w:t>
        <w:br/>
        <w:t xml:space="preserve"> domain. The claim wires when a run is stamped.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Se IN T</w:t>
        <w:br/>
        <w:t xml:space="preserve"> POSITION 4 IN THE QUEUE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pt T O SH</w:t>
        <w:br/>
        <w:t xml:space="preserve"> CARRIED BY 1 of 37 modules · 2.7% of the estate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ANSWERING 1 of 1 · 100% of what carries it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20 A</w:t>
        <w:br/>
        <w:t xml:space="preserve"> PROOF None · the claim rests on the modules alone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N</w:t>
        <w:br/>
        <w:t xml:space="preserve"> 26 CE R</w:t>
        <w:br/>
        <w:t xml:space="preserve"> POSITION Line 18 of 23 · queue 4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Mister Contrarian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UT 06 · 2</w:t>
        <w:br/>
        <w:t xml:space="preserve"> C :31:</w:t>
        <w:br/>
        <w:t xml:space="preserve"> 2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mkinvestco.com CONFIDENTIAL | PRINT ONLY ONCE | ID: Powered by Mycroft · 22 Sept 2026 06:31:22 UTC</w:t>
        <w:br/>
        <w:t xml:space="preserve"> 6BUDNMPUC8Z</w:t>
      </w:r>
    </w:p>
    <w:p>
      <w:r>
        <w:br w:type="page"/>
      </w:r>
    </w:p>
    <w:p>
      <w:pPr>
        <w:pStyle w:val="Heading2"/>
        <w:keepNext/>
      </w:pPr>
      <w:r>
        <w:rPr>
          <w:rFonts w:ascii="Cormorant Garamond" w:hAnsi="Cormorant Garamond" w:eastAsia="Cormorant Garamond"/>
          <w:b/>
          <w:i w:val="0"/>
          <w:color w:val="4A7C7E"/>
          <w:sz w:val="26"/>
        </w:rPr>
        <w:t>Source page 28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MARLOWE KEYNES DIS · DEEP DIVE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19 Ludwig, Kovner, Walton. One idea each, and</w:t>
        <w:br/>
        <w:t xml:space="preserve"> what it was.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DO</w:t>
        <w:br/>
        <w:t xml:space="preserve"> Not wired. Money Reproduction answers at its own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PR NO</w:t>
        <w:br/>
        <w:t xml:space="preserve"> domain. The claim wires when a run is stamped.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Se IN T</w:t>
        <w:br/>
        <w:t xml:space="preserve"> CARRIED BY 1 of 37 modules · 2.7% of the estate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pt T O SH</w:t>
        <w:br/>
        <w:t xml:space="preserve"> ANSWERING 1 of 1 · 100% of what carries it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PROOF None · the claim rests on the modules alone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20 A</w:t>
        <w:br/>
        <w:t xml:space="preserve"> POSITION Line 19 of 23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N</w:t>
        <w:br/>
        <w:t xml:space="preserve"> 26 CE R</w:t>
        <w:br/>
        <w:t xml:space="preserve"> Money Reproduction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UT 06 · 2</w:t>
        <w:br/>
        <w:t xml:space="preserve"> C :31:</w:t>
        <w:br/>
        <w:t xml:space="preserve"> 2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mkinvestco.com CONFIDENTIAL | PRINT ONLY ONCE | ID: Powered by Mycroft · 22 Sept 2026 06:31:22 UTC</w:t>
        <w:br/>
        <w:t xml:space="preserve"> 6BUDNMPUC8Z</w:t>
      </w:r>
    </w:p>
    <w:p>
      <w:r>
        <w:br w:type="page"/>
      </w:r>
    </w:p>
    <w:p>
      <w:pPr>
        <w:pStyle w:val="Heading2"/>
        <w:keepNext/>
      </w:pPr>
      <w:r>
        <w:rPr>
          <w:rFonts w:ascii="Cormorant Garamond" w:hAnsi="Cormorant Garamond" w:eastAsia="Cormorant Garamond"/>
          <w:b/>
          <w:i w:val="0"/>
          <w:color w:val="4A7C7E"/>
          <w:sz w:val="26"/>
        </w:rPr>
        <w:t>Source page 29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MARLOWE KEYNES DIS · DEEP DIVE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20 The canon, read and heard.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DO</w:t>
        <w:br/>
        <w:t xml:space="preserve"> Not wired. Learn to Invest answers at its own</w:t>
        <w:br/>
        <w:t xml:space="preserve"> domain. The claim wires when a run is stamped.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PR NO</w:t>
        <w:br/>
        <w:t xml:space="preserve"> CARRIED BY 3 of 37 modules · 8.1% of the estate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Se IN T</w:t>
        <w:br/>
        <w:t xml:space="preserve"> ANSWERING 3 of 3 · 100% of what carries it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PROOF None · the claim rests on the modules alone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pt T O SH</w:t>
        <w:br/>
        <w:t xml:space="preserve"> POSITION Line 20 of 23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20 N A</w:t>
        <w:br/>
        <w:t xml:space="preserve"> Learn to Invest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26 CE R</w:t>
        <w:br/>
        <w:t xml:space="preserve"> The Ocean Doesn’t Care About Your Swimming Lessons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UT 06 · 2</w:t>
        <w:br/>
        <w:t xml:space="preserve"> C :31:</w:t>
        <w:br/>
        <w:t xml:space="preserve"> The Concentrated Path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mkinvestco.com CONFIDENTIAL | PRINT ONLY ONCE | ID: Powered by Mycroft · 22 Sept 2026 06:31:22 UTC</w:t>
        <w:br/>
        <w:t xml:space="preserve"> 6BUDNMPUC8Z</w:t>
      </w:r>
    </w:p>
    <w:p>
      <w:r>
        <w:br w:type="page"/>
      </w:r>
    </w:p>
    <w:p>
      <w:pPr>
        <w:pStyle w:val="Heading2"/>
        <w:keepNext/>
      </w:pPr>
      <w:r>
        <w:rPr>
          <w:rFonts w:ascii="Cormorant Garamond" w:hAnsi="Cormorant Garamond" w:eastAsia="Cormorant Garamond"/>
          <w:b/>
          <w:i w:val="0"/>
          <w:color w:val="4A7C7E"/>
          <w:sz w:val="26"/>
        </w:rPr>
        <w:t>Source page 30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MARLOWE KEYNES DIS · DEEP DIVE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21 The day you decided, kept.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DO</w:t>
        <w:br/>
        <w:t xml:space="preserve"> Not wired. Company Cards answers at its own</w:t>
        <w:br/>
        <w:t xml:space="preserve"> domain. The claim wires when a run is stamped.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PR NO</w:t>
        <w:br/>
        <w:t xml:space="preserve"> CARRIED BY 1 of 37 modules · 2.7% of the estate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Se IN T</w:t>
        <w:br/>
        <w:t xml:space="preserve"> ANSWERING 1 of 1 · 100% of what carries it</w:t>
        <w:br/>
        <w:t xml:space="preserve"> PROOF None · the claim rests on the modules alone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pt T O SH</w:t>
        <w:br/>
        <w:t xml:space="preserve"> POSITION Line 21 of 23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20 N</w:t>
        <w:br/>
        <w:t xml:space="preserve"> Company Cards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A</w:t>
        <w:br/>
        <w:t xml:space="preserve"> 26 CE R</w:t>
        <w:br/>
        <w:t xml:space="preserve"> UT 06 · 2</w:t>
        <w:br/>
        <w:t xml:space="preserve"> C :31:</w:t>
        <w:br/>
        <w:t xml:space="preserve"> 2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mkinvestco.com CONFIDENTIAL | PRINT ONLY ONCE | ID: Powered by Mycroft · 22 Sept 2026 06:31:22 UTC</w:t>
        <w:br/>
        <w:t xml:space="preserve"> 6BUDNMPUC8Z</w:t>
      </w:r>
    </w:p>
    <w:p>
      <w:r>
        <w:br w:type="page"/>
      </w:r>
    </w:p>
    <w:p>
      <w:pPr>
        <w:pStyle w:val="Heading2"/>
        <w:keepNext/>
      </w:pPr>
      <w:r>
        <w:rPr>
          <w:rFonts w:ascii="Cormorant Garamond" w:hAnsi="Cormorant Garamond" w:eastAsia="Cormorant Garamond"/>
          <w:b/>
          <w:i w:val="0"/>
          <w:color w:val="4A7C7E"/>
          <w:sz w:val="26"/>
        </w:rPr>
        <w:t>Source page 31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MARLOWE KEYNES DIS · DEEP DIVE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22 The market as it is right now, not as it closed.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DO</w:t>
        <w:br/>
        <w:t xml:space="preserve"> Not wired. Market View answers at its own domain.</w:t>
        <w:br/>
        <w:t xml:space="preserve"> The claim wires when a run is stamped.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PR NO</w:t>
        <w:br/>
        <w:t xml:space="preserve"> CARRIED BY 2 of 37 modules · 5.4% of the estate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Se IN T</w:t>
        <w:br/>
        <w:t xml:space="preserve"> ANSWERING 2 of 2 · 100% of what carries it</w:t>
        <w:br/>
        <w:t xml:space="preserve"> PROOF None · the claim rests on the modules alone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pt T O SH</w:t>
        <w:br/>
        <w:t xml:space="preserve"> POSITION Line 22 of 23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20 N</w:t>
        <w:br/>
        <w:t xml:space="preserve"> Market View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A</w:t>
        <w:br/>
        <w:t xml:space="preserve"> Trading View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26 CE R</w:t>
        <w:br/>
        <w:t xml:space="preserve"> UT 06 · 2</w:t>
        <w:br/>
        <w:t xml:space="preserve"> C :31:</w:t>
        <w:br/>
        <w:t xml:space="preserve"> 2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mkinvestco.com CONFIDENTIAL | PRINT ONLY ONCE | ID: Powered by Mycroft · 22 Sept 2026 06:31:22 UTC</w:t>
        <w:br/>
        <w:t xml:space="preserve"> 6BUDNMPUC8Z</w:t>
      </w:r>
    </w:p>
    <w:p>
      <w:r>
        <w:br w:type="page"/>
      </w:r>
    </w:p>
    <w:p>
      <w:pPr>
        <w:pStyle w:val="Heading2"/>
        <w:keepNext/>
      </w:pPr>
      <w:r>
        <w:rPr>
          <w:rFonts w:ascii="Cormorant Garamond" w:hAnsi="Cormorant Garamond" w:eastAsia="Cormorant Garamond"/>
          <w:b/>
          <w:i w:val="0"/>
          <w:color w:val="4A7C7E"/>
          <w:sz w:val="26"/>
        </w:rPr>
        <w:t>Source page 32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MARLOWE KEYNES DIS · DEEP DIVE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23 What the country owes, moving while you read</w:t>
        <w:br/>
        <w:t xml:space="preserve"> it. Reported by the quarter, running by the</w:t>
        <w:br/>
        <w:t xml:space="preserve"> second.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DO</w:t>
        <w:br/>
        <w:t xml:space="preserve"> PR NO</w:t>
        <w:br/>
        <w:t xml:space="preserve"> Not wired. Debt Clock answers at its own domain.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Se IN T</w:t>
        <w:br/>
        <w:t xml:space="preserve"> The claim wires when a run is stamped.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pt T O SH</w:t>
        <w:br/>
        <w:t xml:space="preserve"> CARRIED BY 1 of 37 modules · 2.7% of the estate</w:t>
        <w:br/>
        <w:t xml:space="preserve"> ANSWERING 1 of 1 · 100% of what carries it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20 N A</w:t>
        <w:br/>
        <w:t xml:space="preserve"> PROOF None · the claim rests on the modules alone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26 CE R</w:t>
        <w:br/>
        <w:t xml:space="preserve"> POSITION Line 23 of 23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UT 06 · 2</w:t>
        <w:br/>
        <w:t xml:space="preserve"> Debt Clock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C :31:</w:t>
        <w:br/>
        <w:t xml:space="preserve"> 2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mkinvestco.com CONFIDENTIAL | PRINT ONLY ONCE | ID: Powered by Mycroft · 22 Sept 2026 06:31:22 UTC</w:t>
        <w:br/>
        <w:t xml:space="preserve"> 6BUDNMPUC8Z</w:t>
      </w:r>
    </w:p>
    <w:p>
      <w:r>
        <w:br w:type="page"/>
      </w:r>
    </w:p>
    <w:p>
      <w:pPr>
        <w:pStyle w:val="Heading2"/>
        <w:keepNext/>
      </w:pPr>
      <w:r>
        <w:rPr>
          <w:rFonts w:ascii="Cormorant Garamond" w:hAnsi="Cormorant Garamond" w:eastAsia="Cormorant Garamond"/>
          <w:b/>
          <w:i w:val="0"/>
          <w:color w:val="4A7C7E"/>
          <w:sz w:val="26"/>
        </w:rPr>
        <w:t>Source page 33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MARLOWE KEYNES DIS · DEEP DIVE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One run through, in order.</w:t>
        <w:br/>
        <w:t xml:space="preserve"> Six modules, taken in the sequence the work actually happens.</w:t>
        <w:br/>
        <w:t xml:space="preserve"> Each step assumes the one before it.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STEP 1 DO STEP 2</w:t>
        <w:br/>
        <w:t xml:space="preserve"> STEP 3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PR NO</w:t>
        <w:br/>
        <w:t xml:space="preserve"> Strip the</w:t>
        <w:br/>
        <w:t xml:space="preserve"> Read the history Read the filing</w:t>
        <w:br/>
        <w:t xml:space="preserve"> adjustments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Se IN T</w:t>
        <w:br/>
        <w:t xml:space="preserve"> Company History 10-K Reader · line</w:t>
        <w:br/>
        <w:t xml:space="preserve"> Flipbook · line 08</w:t>
        <w:br/>
        <w:t xml:space="preserve"> · line 01 02</w:t>
        <w:br/>
        <w:t xml:space="preserve"> · wired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pt T O SH</w:t>
        <w:br/>
        <w:t xml:space="preserve"> STEP 4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20 N A</w:t>
        <w:br/>
        <w:t xml:space="preserve"> STEP 5 STEP 6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26 CE R</w:t>
        <w:br/>
        <w:t xml:space="preserve"> Build the model Test the price Write the document</w:t>
        <w:br/>
        <w:t xml:space="preserve"> Financial Valuation Engine · Initiation Report ·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UT 06 · 2</w:t>
        <w:br/>
        <w:t xml:space="preserve"> Modeling · line 03 line 04 line 09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C :31:</w:t>
        <w:br/>
        <w:t xml:space="preserve"> 2</w:t>
        <w:br/>
        <w:t>The outstanding fact is the Every banker knows that if</w:t>
        <w:br/>
        <w:t>extreme precariousness of he has to prove that he is</w:t>
        <w:br/>
        <w:t>the basis of knowledge on worthy of credit, however</w:t>
        <w:br/>
        <w:t>which our estimates of good may be his arguments,</w:t>
        <w:br/>
        <w:t>prospective yield have to be in fact his credit is gone.</w:t>
        <w:br/>
        <w:t>made. WALTER BAGEHOT, LOMBARD STREET,</w:t>
        <w:br/>
        <w:t xml:space="preserve"> 1873</w:t>
        <w:br/>
        <w:t>J M KEYNES, THE GENERAL THEORY, 1936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mkinvestco.com CONFIDENTIAL | PRINT ONLY ONCE | ID: Powered by Mycroft · 22 Sept 2026 06:31:22 UTC</w:t>
        <w:br/>
        <w:t xml:space="preserve"> 6BUDNMPUC8Z</w:t>
      </w:r>
    </w:p>
    <w:p>
      <w:r>
        <w:br w:type="page"/>
      </w:r>
    </w:p>
    <w:p>
      <w:pPr>
        <w:pStyle w:val="Heading2"/>
        <w:keepNext/>
      </w:pPr>
      <w:r>
        <w:rPr>
          <w:rFonts w:ascii="Cormorant Garamond" w:hAnsi="Cormorant Garamond" w:eastAsia="Cormorant Garamond"/>
          <w:b/>
          <w:i w:val="0"/>
          <w:color w:val="4A7C7E"/>
          <w:sz w:val="26"/>
        </w:rPr>
        <w:t>Source page 34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MARLOWE KEYNES DIS · DEEP DIVE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ON THE FIGURES</w:t>
        <w:br/>
        <w:t xml:space="preserve"> Every number on this page came out of a module run</w:t>
        <w:br/>
        <w:t xml:space="preserve"> and carries the date it was made. None of it is a live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DO</w:t>
        <w:br/>
        <w:t xml:space="preserve"> quote. A figure goes stale the way a printed page goes</w:t>
        <w:br/>
        <w:t xml:space="preserve"> stale, and the remedy is to run the module again, not to</w:t>
        <w:br/>
        <w:t xml:space="preserve"> swap the number underneath the claim.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PR NO</w:t>
        <w:br/>
        <w:t xml:space="preserve"> Where an artifact has been touched, the caption says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Se IN T</w:t>
        <w:br/>
        <w:t xml:space="preserve"> what was done to it. Cropping, colour and resolution are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pt T O SH</w:t>
        <w:br/>
        <w:t xml:space="preserve"> the whole of it. No figure has been changed, added or</w:t>
        <w:br/>
        <w:t xml:space="preserve"> removed, and none will be.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20 N A</w:t>
        <w:br/>
        <w:t xml:space="preserve"> Where two modules disagree, the page shows both and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26 CE R</w:t>
        <w:br/>
        <w:t xml:space="preserve"> names the basis of each. The disagreement is the useful</w:t>
        <w:br/>
        <w:t xml:space="preserve"> part. It is also the part most research quietly resolves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UT 06 · 2</w:t>
        <w:br/>
        <w:t xml:space="preserve"> before you see it.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POWERED BY MYCROFT</w:t>
        <w:br/>
        <w:t xml:space="preserve"> C :31:</w:t>
        <w:br/>
        <w:t xml:space="preserve"> 2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mkinvestco.com CONFIDENTIAL | PRINT ONLY ONCE | ID: Powered by Mycroft · 22 Sept 2026 06:31:22 UTC</w:t>
        <w:br/>
        <w:t xml:space="preserve"> 6BUDNMPUC8Z</w:t>
      </w:r>
    </w:p>
    <w:p>
      <w:r>
        <w:br w:type="page"/>
      </w:r>
    </w:p>
    <w:p>
      <w:pPr>
        <w:pStyle w:val="Heading2"/>
        <w:keepNext/>
      </w:pPr>
      <w:r>
        <w:rPr>
          <w:rFonts w:ascii="Cormorant Garamond" w:hAnsi="Cormorant Garamond" w:eastAsia="Cormorant Garamond"/>
          <w:b/>
          <w:i w:val="0"/>
          <w:color w:val="4A7C7E"/>
          <w:sz w:val="26"/>
        </w:rPr>
        <w:t>Source page 35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MARLOWE KEYNES DIS · DEEP DIVE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The estate, in full. 37 modules · 23 lines · 37 linked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W I R E D 1 of them, the claim opens to a proof panel above ·</w:t>
        <w:br/>
        <w:t xml:space="preserve"> L I V E the module answers at its own domain, and the claim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DO</w:t>
        <w:br/>
        <w:t xml:space="preserve"> has no panel yet · I N D E X the module is named and placed,</w:t>
        <w:br/>
        <w:t xml:space="preserve"> with no address yet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PR NO</w:t>
        <w:br/>
        <w:t xml:space="preserve"> Se IN T</w:t>
        <w:br/>
        <w:t xml:space="preserve"> One mark for each of 23 claims · 1 wired · 22 answering · 0</w:t>
        <w:br/>
        <w:t xml:space="preserve"> resting on nothing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pt T O SH</w:t>
        <w:br/>
        <w:t xml:space="preserve"> 20 A</w:t>
        <w:br/>
        <w:t xml:space="preserve"> Claims carried 23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Answered at a domain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Exposed N</w:t>
        <w:br/>
        <w:t xml:space="preserve"> 26 CE R</w:t>
        <w:br/>
        <w:t xml:space="preserve"> 23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0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UT 06 · 2</w:t>
        <w:br/>
        <w:t xml:space="preserve"> Unaccounted 0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C :31:</w:t>
        <w:br/>
        <w:t xml:space="preserve"> Opened by you 0 of 23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THE LEDGER FOOTS. NOTHING CARRIED IS UNACCOUNTED FOR.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</w:t>
        <w:br/>
        <w:t xml:space="preserve"> FILTER THE ESTATE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Company Historyhttps://mkcompanyhistory.com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01 Where a company came from tells you where it LIVE ◇</w:t>
        <w:br/>
        <w:t xml:space="preserve"> can go. We wrote the book on every public</w:t>
        <w:br/>
        <w:t xml:space="preserve"> company.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VOL III: Synthetic Brainshttps://steamtrainbrain.com</w:t>
        <w:br/>
        <w:t xml:space="preserve"> 02</w:t>
        <w:br/>
        <w:t>mkinvestco.com CONFIDENTIAL | PRINT ONLY ONCE | ID:</w:t>
        <w:br/>
        <w:t xml:space="preserve"> LIVE ◇</w:t>
        <w:br/>
        <w:t xml:space="preserve"> Powered by Mycroft · 22 Sept 2026 06:31:22 UTC</w:t>
        <w:br/>
        <w:t xml:space="preserve"> 6BUDNMPUC8Z</w:t>
        <w:br/>
        <w:t xml:space="preserve"> LINE 01 · WITH COMPANY HISTORY</w:t>
      </w:r>
    </w:p>
    <w:p>
      <w:r>
        <w:br w:type="page"/>
      </w:r>
    </w:p>
    <w:p>
      <w:pPr>
        <w:pStyle w:val="Heading2"/>
        <w:keepNext/>
      </w:pPr>
      <w:r>
        <w:rPr>
          <w:rFonts w:ascii="Cormorant Garamond" w:hAnsi="Cormorant Garamond" w:eastAsia="Cormorant Garamond"/>
          <w:b/>
          <w:i w:val="0"/>
          <w:color w:val="4A7C7E"/>
          <w:sz w:val="26"/>
        </w:rPr>
        <w:t>Source page 36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MARLOWE KEYNES DIS · DEEP DIVE</w:t>
        <w:br/>
        <w:t xml:space="preserve"> 10-K Readerhttps://mkinvest10k.com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03 Disney's annual report reaches page sixty six LIVE ◇</w:t>
        <w:br/>
        <w:t xml:space="preserve"> before the financial statements begin. The part</w:t>
        <w:br/>
        <w:t xml:space="preserve"> that matters is shorter still.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04 DO</w:t>
        <w:br/>
        <w:t xml:space="preserve"> Financial Modelinghttps://mkcompanymodel.com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A model that takes ten hours takes five minutes.</w:t>
        <w:br/>
        <w:t xml:space="preserve"> LIVE ◇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PR NO</w:t>
        <w:br/>
        <w:t xml:space="preserve"> Formulas intact, decades of history included.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Se IN T</w:t>
        <w:br/>
        <w:t xml:space="preserve"> pt T O SH</w:t>
        <w:br/>
        <w:t xml:space="preserve"> Valuation Enginehttps://mkvaluation.com</w:t>
        <w:br/>
        <w:t xml:space="preserve"> 05 LIVE ◇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20</w:t>
        <w:br/>
        <w:t xml:space="preserve"> Four methods, one number, every assumption left</w:t>
        <w:br/>
        <w:t xml:space="preserve"> visible.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N A</w:t>
        <w:br/>
        <w:t xml:space="preserve"> 26 CE R</w:t>
        <w:br/>
        <w:t xml:space="preserve"> UT 06 · 2</w:t>
        <w:br/>
        <w:t xml:space="preserve"> Cheap Or Nothttps://mkcheapornot.com</w:t>
        <w:br/>
        <w:t xml:space="preserve"> 06 LIVE ◇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C :31:</w:t>
        <w:br/>
        <w:t xml:space="preserve"> LINE 04 · WITH VALUATION ENGINE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07 2</w:t>
        <w:br/>
        <w:t xml:space="preserve"> CEO Analysishttps://mkinvestceo.com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Companies are run by people, and people have</w:t>
        <w:br/>
        <w:t xml:space="preserve"> LIVE ◇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records.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Meeting Prephttps://mkinvestprep.com</w:t>
        <w:br/>
        <w:t xml:space="preserve"> 08 LIVE ◇</w:t>
        <w:br/>
        <w:t xml:space="preserve"> Walk in knowing more than the person across the</w:t>
        <w:br/>
        <w:t xml:space="preserve"> table.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mkinvestco.com CONFIDENTIAL | PRINT ONLY ONCE | ID: Powered by Mycroft · 22 Sept 2026 06:31:22 UTC</w:t>
        <w:br/>
        <w:t xml:space="preserve"> 6BUDNMPUC8Z</w:t>
      </w:r>
    </w:p>
    <w:p>
      <w:r>
        <w:br w:type="page"/>
      </w:r>
    </w:p>
    <w:p>
      <w:pPr>
        <w:pStyle w:val="Heading2"/>
        <w:keepNext/>
      </w:pPr>
      <w:r>
        <w:rPr>
          <w:rFonts w:ascii="Cormorant Garamond" w:hAnsi="Cormorant Garamond" w:eastAsia="Cormorant Garamond"/>
          <w:b/>
          <w:i w:val="0"/>
          <w:color w:val="4A7C7E"/>
          <w:sz w:val="26"/>
        </w:rPr>
        <w:t>Source page 37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MARLOWE KEYNES DIS · DEEP DIVE</w:t>
        <w:br/>
        <w:t xml:space="preserve"> First Lookhttps://mkf irstlook.com</w:t>
        <w:br/>
        <w:t xml:space="preserve"> 09 LIVE ◇</w:t>
        <w:br/>
        <w:t xml:space="preserve"> LINE 06 · WITH MEETING PREP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Earnings Prephttps://mycroftearnings.com</w:t>
        <w:br/>
        <w:t xml:space="preserve"> 10 LIVE ◇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DO</w:t>
        <w:br/>
        <w:t xml:space="preserve"> What they said on the call, what they were asked,</w:t>
        <w:br/>
        <w:t xml:space="preserve"> and what they stepped around.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PR NO</w:t>
        <w:br/>
        <w:t xml:space="preserve"> Flipbookhttps://mkflip.com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Se IN T</w:t>
        <w:br/>
        <w:t xml:space="preserve"> 11 WIRED ◇</w:t>
        <w:br/>
        <w:t xml:space="preserve"> Every adjustment, and nothing that does not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pt T O SH</w:t>
        <w:br/>
        <w:t xml:space="preserve"> move the number.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20 N A</w:t>
        <w:br/>
        <w:t xml:space="preserve"> 26 CE R</w:t>
        <w:br/>
        <w:t xml:space="preserve"> Initiation Reporthttps://mkinitiation.com</w:t>
        <w:br/>
        <w:t xml:space="preserve"> 12 LIVE ◇</w:t>
        <w:br/>
        <w:t xml:space="preserve"> The report a fund pays six figures for, in five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UT 06 · 2</w:t>
        <w:br/>
        <w:t xml:space="preserve"> minutes.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C :31:</w:t>
        <w:br/>
        <w:t xml:space="preserve"> First Memohttps://mkmemo.com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</w:t>
        <w:br/>
        <w:t xml:space="preserve"> 13 LIVE ◇</w:t>
        <w:br/>
        <w:t xml:space="preserve"> LINE 09 · WITH INITIATION REPORT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Flight Simulatorhttps://www.mkflightsimulator.com</w:t>
        <w:br/>
        <w:t xml:space="preserve"> 14 LIVE ◇</w:t>
        <w:br/>
        <w:t xml:space="preserve"> Hold Disney through 2020 and find out what you</w:t>
        <w:br/>
        <w:t xml:space="preserve"> would actually have done.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Invest Ideahttps://mkinvestidea.com</w:t>
        <w:br/>
        <w:t xml:space="preserve"> 15 LIVE ◇</w:t>
        <w:br/>
        <w:t xml:space="preserve"> Somewhere in forty thousand companies is the</w:t>
        <w:br/>
        <w:t>mkinvestco.com CONFIDENTIAL | PRINT ONLY ONCE | ID: Powered by Mycroft · 22 Sept 2026 06:31:22 UTC</w:t>
        <w:br/>
        <w:t xml:space="preserve"> one nobody has looked</w:t>
        <w:br/>
        <w:t xml:space="preserve"> 6BUDNMPUC8Z</w:t>
        <w:br/>
        <w:t xml:space="preserve"> at.</w:t>
      </w:r>
    </w:p>
    <w:p>
      <w:r>
        <w:br w:type="page"/>
      </w:r>
    </w:p>
    <w:p>
      <w:pPr>
        <w:pStyle w:val="Heading2"/>
        <w:keepNext/>
      </w:pPr>
      <w:r>
        <w:rPr>
          <w:rFonts w:ascii="Cormorant Garamond" w:hAnsi="Cormorant Garamond" w:eastAsia="Cormorant Garamond"/>
          <w:b/>
          <w:i w:val="0"/>
          <w:color w:val="4A7C7E"/>
          <w:sz w:val="26"/>
        </w:rPr>
        <w:t>Source page 38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MARLOWE KEYNES DIS · DEEP DIVE</w:t>
        <w:br/>
        <w:t xml:space="preserve"> Special Situationshttps://mkspin.com</w:t>
        <w:br/>
        <w:t xml:space="preserve"> 16 LIVE ◇</w:t>
        <w:br/>
        <w:t xml:space="preserve"> Breakups, spinoffs, forced sellers. The moments</w:t>
        <w:br/>
        <w:t xml:space="preserve"> when price stops meaning much.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Chart Enginehttps://mkcharts.com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DO</w:t>
        <w:br/>
        <w:t xml:space="preserve"> 17 LIVE ◇</w:t>
        <w:br/>
        <w:t xml:space="preserve"> Every chart on earth, ranked.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PR NO</w:t>
        <w:br/>
        <w:t xml:space="preserve"> Deep Macrohttps://mkdeepmacro.com</w:t>
        <w:br/>
        <w:t xml:space="preserve"> 18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Se IN T</w:t>
        <w:br/>
        <w:t xml:space="preserve"> Rates, deficits, and flows decide more than any</w:t>
        <w:br/>
        <w:t xml:space="preserve"> LIVE ◇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pt T O SH</w:t>
        <w:br/>
        <w:t xml:space="preserve"> single company does.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20 N A</w:t>
        <w:br/>
        <w:t xml:space="preserve"> 26 CE R</w:t>
        <w:br/>
        <w:t xml:space="preserve"> Keynes Macrohttps://mkinvestmacro.com</w:t>
        <w:br/>
        <w:t xml:space="preserve"> 19 LIVE ◇</w:t>
        <w:br/>
        <w:t xml:space="preserve"> LINE 14 · WITH DEEP MACRO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UT 06 · 2</w:t>
        <w:br/>
        <w:t xml:space="preserve"> C :31:</w:t>
        <w:br/>
        <w:t xml:space="preserve"> Debt Clockhttps://mkdebtclockusa.com</w:t>
        <w:br/>
        <w:t xml:space="preserve"> 20 LIVE ◇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</w:t>
        <w:br/>
        <w:t xml:space="preserve"> What the country owes, moving while you read it.</w:t>
        <w:br/>
        <w:t xml:space="preserve"> Reported by the quarter, running by the second.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Portfolio Managerhttps://mkinvestpm.com</w:t>
        <w:br/>
        <w:t xml:space="preserve"> 21 LIVE ◇</w:t>
        <w:br/>
        <w:t xml:space="preserve"> Everything you hold, current, in one place.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Allocatorhttps://mkallocator.com</w:t>
        <w:br/>
        <w:t xml:space="preserve"> 22 LIVE ◇</w:t>
        <w:br/>
        <w:t xml:space="preserve"> LINE 15 · WITH PORTFOLIO MANAGER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mkinvestco.com CONFIDENTIAL | PRINT ONLY ONCE | ID: Powered by Mycroft · 22 Sept 2026 06:31:22 UTC</w:t>
        <w:br/>
        <w:t xml:space="preserve"> 6BUDNMPUC8Z</w:t>
      </w:r>
    </w:p>
    <w:p>
      <w:r>
        <w:br w:type="page"/>
      </w:r>
    </w:p>
    <w:p>
      <w:pPr>
        <w:pStyle w:val="Heading2"/>
        <w:keepNext/>
      </w:pPr>
      <w:r>
        <w:rPr>
          <w:rFonts w:ascii="Cormorant Garamond" w:hAnsi="Cormorant Garamond" w:eastAsia="Cormorant Garamond"/>
          <w:b/>
          <w:i w:val="0"/>
          <w:color w:val="4A7C7E"/>
          <w:sz w:val="26"/>
        </w:rPr>
        <w:t>Source page 39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MARLOWE KEYNES DIS · DEEP DIVE</w:t>
        <w:br/>
        <w:t xml:space="preserve"> Invest Brainhttps://mkinvestbrain.com</w:t>
        <w:br/>
        <w:t xml:space="preserve"> 23 LIVE ◇</w:t>
        <w:br/>
        <w:t xml:space="preserve"> Give it the assignment. Come back to finished</w:t>
        <w:br/>
        <w:t xml:space="preserve"> work.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Mycroft Moneyhttps://mycroftmoney.com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DO</w:t>
        <w:br/>
        <w:t xml:space="preserve"> 24 LIVE ◇</w:t>
        <w:br/>
        <w:t xml:space="preserve"> LINE 16 · WITH INVEST BRAIN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PR NO</w:t>
        <w:br/>
        <w:t xml:space="preserve"> Mycroft Deckhttps://mycroftdeck.com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Se IN T</w:t>
        <w:br/>
        <w:t xml:space="preserve"> 25 LIVE ◇</w:t>
        <w:br/>
        <w:t xml:space="preserve"> A deck whose numbers are never out of date.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pt T O SH</w:t>
        <w:br/>
        <w:t xml:space="preserve"> 26</w:t>
        <w:br/>
        <w:t xml:space="preserve"> 20 N A</w:t>
        <w:br/>
        <w:t xml:space="preserve"> Mister Contrarianhttps://mistercontrarian.com</w:t>
        <w:br/>
        <w:t xml:space="preserve"> LIVE ◇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26 CE R</w:t>
        <w:br/>
        <w:t xml:space="preserve"> The argument nobody at the table wants to make.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UT 06 · 2</w:t>
        <w:br/>
        <w:t xml:space="preserve"> Money Reproductionhttps://moneyreproduction.com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C :31:</w:t>
        <w:br/>
        <w:t xml:space="preserve"> 27 LIVE ◇</w:t>
        <w:br/>
        <w:t xml:space="preserve"> Ludwig, Kovner, Walton. One idea each, and what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</w:t>
        <w:br/>
        <w:t xml:space="preserve"> it was.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Learn to Investhttps://mkinvestlearn.com</w:t>
        <w:br/>
        <w:t xml:space="preserve"> 28 LIVE ◇</w:t>
        <w:br/>
        <w:t xml:space="preserve"> The canon, read and heard.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The Ocean Doesn’t Care About Your</w:t>
        <w:br/>
        <w:t xml:space="preserve"> https://oceansdonotcare.com</w:t>
        <w:br/>
        <w:t xml:space="preserve"> 29 Swimming Lessons LIVE ◇</w:t>
        <w:br/>
        <w:t xml:space="preserve"> LINE 20 · WITH LEARN TO INVEST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mkinvestco.com CONFIDENTIAL | PRINT ONLY ONCE | ID: Powered by Mycroft · 22 Sept 2026 06:31:22 UTC</w:t>
        <w:br/>
        <w:t xml:space="preserve"> 6BUDNMPUC8Z</w:t>
      </w:r>
    </w:p>
    <w:p>
      <w:r>
        <w:br w:type="page"/>
      </w:r>
    </w:p>
    <w:p>
      <w:pPr>
        <w:pStyle w:val="Heading2"/>
        <w:keepNext/>
      </w:pPr>
      <w:r>
        <w:rPr>
          <w:rFonts w:ascii="Cormorant Garamond" w:hAnsi="Cormorant Garamond" w:eastAsia="Cormorant Garamond"/>
          <w:b/>
          <w:i w:val="0"/>
          <w:color w:val="4A7C7E"/>
          <w:sz w:val="26"/>
        </w:rPr>
        <w:t>Source page 40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MARLOWE KEYNES DIS · DEEP DIVE</w:t>
        <w:br/>
        <w:t xml:space="preserve"> The Concentrated Pathhttps://mkmanga.com</w:t>
        <w:br/>
        <w:t xml:space="preserve"> 30 LIVE ◇</w:t>
        <w:br/>
        <w:t xml:space="preserve"> LINE 20 · WITH LEARN TO INVEST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Company Cardshttps://mkcompanycard.com</w:t>
        <w:br/>
        <w:t xml:space="preserve"> 31 LIVE ◇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DO</w:t>
        <w:br/>
        <w:t xml:space="preserve"> The day you decided, kept.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PR NO</w:t>
        <w:br/>
        <w:t xml:space="preserve"> Market Viewhttps://mkmarketview.com</w:t>
        <w:br/>
        <w:t xml:space="preserve"> 32 LIVE ◇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Se IN T</w:t>
        <w:br/>
        <w:t xml:space="preserve"> The market as it is right now, not as it closed.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pt T O SH</w:t>
        <w:br/>
        <w:t xml:space="preserve"> Trading Viewhttps://mktradingview.com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20</w:t>
        <w:br/>
        <w:t xml:space="preserve"> 33 LIVE ◇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N A</w:t>
        <w:br/>
        <w:t xml:space="preserve"> LINE 22 · WITH MARKET VIEW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26 CE R</w:t>
        <w:br/>
        <w:t xml:space="preserve"> UT 06 · 2</w:t>
        <w:br/>
        <w:t xml:space="preserve"> 34 Phraseshttps://mkphrases.com LIVE ◇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35</w:t>
        <w:br/>
        <w:t xml:space="preserve"> C :31:</w:t>
        <w:br/>
        <w:t xml:space="preserve"> MK Converthttps://mkconvert.com LIVE ◇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36</w:t>
        <w:br/>
        <w:t xml:space="preserve"> 2</w:t>
        <w:br/>
        <w:t xml:space="preserve"> Marlowe Keynes Societyhttps://marlowekeynes.org LIVE ◇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37 Marlowe Keynes Investhttps://marlowekeynesinvest.com LIVE ◇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mkinvestco.com CONFIDENTIAL | PRINT ONLY ONCE | ID: Powered by Mycroft · 22 Sept 2026 06:31:22 UTC</w:t>
        <w:br/>
        <w:t xml:space="preserve"> 6BUDNMPUC8Z</w:t>
      </w:r>
    </w:p>
    <w:p>
      <w:r>
        <w:br w:type="page"/>
      </w:r>
    </w:p>
    <w:p>
      <w:pPr>
        <w:pStyle w:val="Heading2"/>
        <w:keepNext/>
      </w:pPr>
      <w:r>
        <w:rPr>
          <w:rFonts w:ascii="Cormorant Garamond" w:hAnsi="Cormorant Garamond" w:eastAsia="Cormorant Garamond"/>
          <w:b/>
          <w:i w:val="0"/>
          <w:color w:val="4A7C7E"/>
          <w:sz w:val="26"/>
        </w:rPr>
        <w:t>Source page 41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MARLOWE KEYNES DIS · DEEP DIVE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DO</w:t>
        <w:br/>
        <w:t xml:space="preserve"> PR NO</w:t>
        <w:br/>
        <w:t xml:space="preserve"> Se IN T</w:t>
        <w:br/>
        <w:t xml:space="preserve"> pt T O SH</w:t>
        <w:br/>
        <w:t xml:space="preserve"> 20 N A</w:t>
        <w:br/>
        <w:t xml:space="preserve"> 26 CE R</w:t>
        <w:br/>
        <w:t xml:space="preserve"> UT 06 · 2</w:t>
        <w:br/>
        <w:t xml:space="preserve"> C :31:</w:t>
        <w:br/>
        <w:t xml:space="preserve"> mkinvestco.com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Powered by Mycroft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2</w:t>
        <w:br/>
        <w:t xml:space="preserve"> This document is not investment advice and does not constitute an offer, solicitation, or recommendation. Data may be incomplete, delayed, or</w:t>
        <w:br/>
        <w:t xml:space="preserve"> revised. Forecasts, scenarios, and forward-looking statements involve uncertainty, and actual outcomes may differ materially. Marlowe Keynes makes</w:t>
        <w:br/>
        <w:t xml:space="preserve"> no warranty regarding completeness or future accuracy. This document is confidential, prepared for the personal records of its author and intended</w:t>
        <w:br/>
        <w:t xml:space="preserve"> recipient, and is not for redistribution.</w:t>
      </w:r>
    </w:p>
    <w:p>
      <w:pPr>
        <w:keepLines w:val="0"/>
        <w:spacing w:after="100"/>
      </w:pPr>
      <w:r>
        <w:rPr>
          <w:rFonts w:ascii="EB Garamond" w:hAnsi="EB Garamond" w:eastAsia="EB Garamond"/>
          <w:b w:val="0"/>
          <w:i w:val="0"/>
          <w:color w:val="1A2B45"/>
          <w:sz w:val="19"/>
        </w:rPr>
        <w:t>© 2026 Marlowe Keynes. All rights reserved. CONFIDENTIAL.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23" w:right="1267" w:bottom="1037" w:left="12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EB Garamond" w:hAnsi="EB Garamond" w:eastAsia="EB Garamond"/>
        <w:b w:val="0"/>
        <w:i w:val="0"/>
        <w:color w:val="5A6B85"/>
        <w:sz w:val="15"/>
      </w:rPr>
      <w:t>CONFIDENTIAL | MARLOWE KEYNES RESEARCH LLC | Powered by Mycroft | mkinvestco.com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4853"/>
      <w:gridCol w:w="4853"/>
    </w:tblGrid>
    <w:tr>
      <w:tc>
        <w:tcPr>
          <w:tcW w:type="dxa" w:w="8136"/>
          <w:vAlign w:val="center"/>
          <w:tcMar>
            <w:top w:w="0" w:type="dxa"/>
            <w:start w:w="120" w:type="dxa"/>
            <w:bottom w:w="0" w:type="dxa"/>
            <w:end w:w="120" w:type="dxa"/>
          </w:tcMar>
        </w:tcPr>
        <w:p>
          <w:pPr>
            <w:jc w:val="left"/>
          </w:pPr>
          <w:r>
            <w:rPr>
              <w:rFonts w:ascii="EB Garamond" w:hAnsi="EB Garamond" w:eastAsia="EB Garamond"/>
              <w:b/>
              <w:i w:val="0"/>
              <w:color w:val="5A6B85"/>
              <w:sz w:val="16"/>
            </w:rPr>
            <w:t>MARLOWE KEYNES  ·  DIS  ·  DEEP DIVE</w:t>
          </w:r>
        </w:p>
      </w:tc>
      <w:tc>
        <w:tcPr>
          <w:tcW w:type="dxa" w:w="1570"/>
          <w:vAlign w:val="center"/>
          <w:tcMar>
            <w:top w:w="0" w:type="dxa"/>
            <w:start w:w="120" w:type="dxa"/>
            <w:bottom w:w="0" w:type="dxa"/>
            <w:end w:w="120" w:type="dxa"/>
          </w:tcMar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347472" cy="347472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marlowe-seal-blac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7472" cy="34747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EB Garamond" w:hAnsi="EB Garamond" w:eastAsia="EB Garamond"/>
      <w:color w:val="1A2B4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ormorant Garamond" w:hAnsi="Cormorant Garamond" w:eastAsia="Cormorant Garamond"/>
      <w:b/>
      <w:bCs/>
      <w:color w:val="1A2B45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ormorant Garamond" w:hAnsi="Cormorant Garamond" w:eastAsia="Cormorant Garamond"/>
      <w:b/>
      <w:bCs/>
      <w:color w:val="4A7C7E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ormorant Garamond" w:hAnsi="Cormorant Garamond" w:eastAsia="Cormorant Garamond"/>
      <w:b/>
      <w:color w:val="1A2B45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Marlowe Keynes DIS Deep Dive</dc:title>
  <dc:subject>Complete claim ledger, exhibits, research path, evidence panels, and estate index.</dc:subject>
  <dc:creator>Marlowe Keynes Research LLC</dc:creator>
  <cp:keywords>DIS, Marlowe Keynes, research, data, analysis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